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Résiliation Carte BUT CETELEM</w:t>
      </w:r>
    </w:p>
    <w:p/>
    <w:p/>
    <w:p>
      <w:r>
        <w:rPr>
          <w:b w:val="0"/>
          <w:sz w:val="20"/>
        </w:rPr>
        <w:t>Nom et Prénom : _______________________________________________</w:t>
      </w:r>
    </w:p>
    <w:p>
      <w:r>
        <w:rPr>
          <w:b w:val="0"/>
          <w:sz w:val="20"/>
        </w:rPr>
        <w:t>Adresse : ____________________________________________________</w:t>
      </w:r>
    </w:p>
    <w:p>
      <w:r>
        <w:rPr>
          <w:b w:val="0"/>
          <w:sz w:val="20"/>
        </w:rPr>
        <w:t>Code postal et Ville : ________________________________________</w:t>
      </w:r>
    </w:p>
    <w:p>
      <w:r>
        <w:rPr>
          <w:b w:val="0"/>
          <w:sz w:val="20"/>
        </w:rPr>
        <w:t>Numéro de téléphone : ________________________________________</w:t>
      </w:r>
    </w:p>
    <w:p>
      <w:r>
        <w:rPr>
          <w:b w:val="0"/>
          <w:sz w:val="20"/>
        </w:rPr>
        <w:t>Adresse e-mail : ______________________________________________</w:t>
      </w:r>
    </w:p>
    <w:p/>
    <w:p/>
    <w:p>
      <w:r>
        <w:rPr>
          <w:b/>
          <w:sz w:val="20"/>
        </w:rPr>
        <w:t>Service Résiliation CETELEM</w:t>
      </w:r>
    </w:p>
    <w:p>
      <w:r>
        <w:rPr>
          <w:b w:val="0"/>
          <w:sz w:val="20"/>
        </w:rPr>
        <w:t>TSA 50110</w:t>
      </w:r>
    </w:p>
    <w:p>
      <w:r>
        <w:rPr>
          <w:b w:val="0"/>
          <w:sz w:val="20"/>
        </w:rPr>
        <w:t>95905 CERGY PONTOISE CEDEX 9</w:t>
      </w:r>
    </w:p>
    <w:p/>
    <w:p/>
    <w:p>
      <w:r>
        <w:rPr>
          <w:b/>
          <w:sz w:val="20"/>
        </w:rPr>
        <w:t>Objet : Résiliation de ma carte de crédit BUT CETELEM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vous informe de ma décision de résilier ma carte de crédit BUT CETELEM, dont le numéro est : _______________________________. Je souhaite que cette résiliation prenne effet dans les meilleurs délais, conformément aux conditions prévues dans le contrat qui nous lie.</w:t>
      </w:r>
    </w:p>
    <w:p/>
    <w:p>
      <w:r>
        <w:rPr>
          <w:b w:val="0"/>
          <w:sz w:val="20"/>
        </w:rPr>
        <w:t>Je vous prie de bien vouloir cesser toute utilisation de cette carte et de ne plus effectuer aucun débit sur mon compte à son sujet dès la réception de cette lettre.</w:t>
      </w:r>
    </w:p>
    <w:p/>
    <w:p>
      <w:r>
        <w:rPr>
          <w:b w:val="0"/>
          <w:sz w:val="20"/>
        </w:rPr>
        <w:t>Je vous remercie par avance de me confirmer par écrit la prise en compte de cette résiliation, ainsi que la date effective de clôture de mon compte.</w:t>
      </w:r>
    </w:p>
    <w:p/>
    <w:p>
      <w:r>
        <w:rPr>
          <w:b w:val="0"/>
          <w:sz w:val="20"/>
        </w:rPr>
        <w:t>Enfin, je vous informe que je règlerai le solde restant dû, s’il y a lieu, conformément aux modalités habituelles.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Lieu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https://juridique-finance.com/modele-lettre-resiliation-carte-but-cetelem/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https://juridique-finance.com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juridique-finance.com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finance.com/modele-lettre-resiliation-carte-but-cetelem/" TargetMode="External"/><Relationship Id="rId10" Type="http://schemas.openxmlformats.org/officeDocument/2006/relationships/hyperlink" Target="https://juridique-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