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MODELE DE DEMANDE DE CONSOLIDATION DE DETTE BANCAIRE</w:t>
      </w:r>
    </w:p>
    <w:p/>
    <w:p>
      <w:r>
        <w:rPr>
          <w:b/>
          <w:sz w:val="20"/>
        </w:rPr>
        <w:t>Coordonnées du Demandeur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Code postal : _______________ Ville : 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</w:t>
      </w:r>
    </w:p>
    <w:p/>
    <w:p>
      <w:r>
        <w:rPr>
          <w:b/>
          <w:sz w:val="20"/>
        </w:rPr>
        <w:t>Coordonnées de la Banque destinataire :</w:t>
      </w:r>
    </w:p>
    <w:p>
      <w:r>
        <w:rPr>
          <w:b w:val="0"/>
          <w:sz w:val="20"/>
        </w:rPr>
        <w:t>Nom de la Banque : _______________________________________________</w:t>
      </w:r>
    </w:p>
    <w:p>
      <w:r>
        <w:rPr>
          <w:b w:val="0"/>
          <w:sz w:val="20"/>
        </w:rPr>
        <w:t>Agence / Service : 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Code postal : _______________ Ville : ____________________________</w:t>
      </w:r>
    </w:p>
    <w:p/>
    <w:p>
      <w:r>
        <w:rPr>
          <w:b/>
          <w:sz w:val="20"/>
        </w:rPr>
        <w:t>Objet : Demande de consolidation de dettes</w:t>
      </w:r>
    </w:p>
    <w:p/>
    <w:p>
      <w:r>
        <w:rPr>
          <w:b/>
          <w:sz w:val="20"/>
        </w:rPr>
        <w:t>Madame, Monsieur,</w:t>
      </w:r>
    </w:p>
    <w:p/>
    <w:p>
      <w:r>
        <w:rPr>
          <w:b w:val="0"/>
          <w:sz w:val="20"/>
        </w:rPr>
        <w:t>Par la présente, je me permets de vous adresser une demande formelle de consolidation de mes dettes bancaires. Cette démarche vise à regrouper l’ensemble de mes crédits en cours en un seul prêt, dans l’objectif d’alléger mes mensualités et d’améliorer la gestion de mon budget.</w:t>
      </w:r>
    </w:p>
    <w:p/>
    <w:p>
      <w:r>
        <w:rPr>
          <w:b/>
          <w:sz w:val="20"/>
        </w:rPr>
        <w:t>Situation financière actuelle :</w:t>
      </w:r>
    </w:p>
    <w:p>
      <w:r>
        <w:rPr>
          <w:b w:val="0"/>
          <w:sz w:val="20"/>
        </w:rPr>
        <w:t>Je suis actuellement titulaire des crédits suivants :</w:t>
      </w:r>
    </w:p>
    <w:p>
      <w:r>
        <w:rPr>
          <w:b w:val="0"/>
          <w:sz w:val="20"/>
        </w:rPr>
        <w:t xml:space="preserve"> - Crédit n°1 : Type _______________ Montant restant dû : __________ EUR</w:t>
      </w:r>
    </w:p>
    <w:p>
      <w:r>
        <w:rPr>
          <w:b w:val="0"/>
          <w:sz w:val="20"/>
        </w:rPr>
        <w:t xml:space="preserve"> - Crédit n°2 : Type _______________ Montant restant dû : __________ EUR</w:t>
      </w:r>
    </w:p>
    <w:p>
      <w:r>
        <w:rPr>
          <w:b w:val="0"/>
          <w:sz w:val="20"/>
        </w:rPr>
        <w:t xml:space="preserve"> - Crédit n°3 : Type _______________ Montant restant dû : __________ EUR</w:t>
      </w:r>
    </w:p>
    <w:p>
      <w:r>
        <w:rPr>
          <w:b w:val="0"/>
          <w:sz w:val="20"/>
        </w:rPr>
        <w:t>…</w:t>
      </w:r>
    </w:p>
    <w:p/>
    <w:p>
      <w:r>
        <w:rPr>
          <w:b w:val="0"/>
          <w:sz w:val="20"/>
        </w:rPr>
        <w:t>Ma situation financière actuelle me conduit à solliciter une révision de mes conditions de remboursement, à savoir la consolidation de ces dettes en un unique prêt avec une mensualité adaptée à mes capacités.</w:t>
      </w:r>
    </w:p>
    <w:p/>
    <w:p>
      <w:r>
        <w:rPr>
          <w:b/>
          <w:sz w:val="20"/>
        </w:rPr>
        <w:t>Motifs de la demande :</w:t>
      </w:r>
    </w:p>
    <w:p>
      <w:r>
        <w:rPr>
          <w:b w:val="0"/>
          <w:sz w:val="20"/>
        </w:rPr>
        <w:t>Cette demande intervient dans un contexte où mes charges mensuelles ont augmenté, et où il m’est devenu difficile de faire face simultanément à plusieurs échéances de prêts, ce qui nuit à l’équilibre de mon budget familial.</w:t>
      </w:r>
    </w:p>
    <w:p>
      <w:r>
        <w:rPr>
          <w:b w:val="0"/>
          <w:sz w:val="20"/>
        </w:rPr>
        <w:t>La consolidation permettrait d’optimiser la gestion de mes finances en bénéficiant d’un échéancier unique, plus lisible et mieux adapté à ma capacité de remboursement.</w:t>
      </w:r>
    </w:p>
    <w:p/>
    <w:p>
      <w:r>
        <w:rPr>
          <w:b/>
          <w:sz w:val="20"/>
        </w:rPr>
        <w:t>Proposition souhaitée :</w:t>
      </w:r>
    </w:p>
    <w:p>
      <w:r>
        <w:rPr>
          <w:b w:val="0"/>
          <w:sz w:val="20"/>
        </w:rPr>
        <w:t>Je souhaiterais que cette consolidation prenne la forme d’un prêt à taux fixe, d’une durée adaptée, afin de garantir la stabilité de mes remboursements. Je suis disposé(e) à fournir toutes les informations et justificatifs nécessaires à l’étude de mon dossier.</w:t>
      </w:r>
    </w:p>
    <w:p/>
    <w:p>
      <w:r>
        <w:rPr>
          <w:b/>
          <w:sz w:val="20"/>
        </w:rPr>
        <w:t>Pièces jointes à la présente demande :</w:t>
      </w:r>
    </w:p>
    <w:p>
      <w:r>
        <w:rPr>
          <w:b w:val="0"/>
          <w:sz w:val="20"/>
        </w:rPr>
        <w:t xml:space="preserve"> - Copies des contrats de prêts en cours</w:t>
      </w:r>
    </w:p>
    <w:p>
      <w:r>
        <w:rPr>
          <w:b w:val="0"/>
          <w:sz w:val="20"/>
        </w:rPr>
        <w:t xml:space="preserve"> - Derniers relevés de compte bancaire</w:t>
      </w:r>
    </w:p>
    <w:p>
      <w:r>
        <w:rPr>
          <w:b w:val="0"/>
          <w:sz w:val="20"/>
        </w:rPr>
        <w:t xml:space="preserve"> - Justificatifs de revenus (bulletins de salaire, avis d’imposition)</w:t>
      </w:r>
    </w:p>
    <w:p>
      <w:r>
        <w:rPr>
          <w:b w:val="0"/>
          <w:sz w:val="20"/>
        </w:rPr>
        <w:t xml:space="preserve"> - Autres pièces justificatives pertinentes</w:t>
      </w:r>
    </w:p>
    <w:p/>
    <w:p>
      <w:r>
        <w:rPr>
          <w:b w:val="0"/>
          <w:sz w:val="20"/>
        </w:rPr>
        <w:t>Je reste à votre disposition pour toute information complémentaire ou rendez-vous en agence afin d’échanger sur cette demande et établir un plan de remboursement adapté.</w:t>
      </w:r>
    </w:p>
    <w:p/>
    <w:p>
      <w:r>
        <w:rPr>
          <w:b w:val="0"/>
          <w:sz w:val="20"/>
        </w:rPr>
        <w:t>Dans l’attente de votre réponse, je vous prie d’agréer, Madame, Monsieur, l’expression de mes salutations distinguées.</w:t>
      </w:r>
    </w:p>
    <w:p/>
    <w:p/>
    <w:p>
      <w:r>
        <w:rPr>
          <w:b w:val="0"/>
          <w:sz w:val="20"/>
        </w:rPr>
        <w:t>Lieu : ________________________   Date : ___________________________</w:t>
      </w:r>
    </w:p>
    <w:p/>
    <w:p/>
    <w:p>
      <w:r>
        <w:rPr>
          <w:b/>
          <w:sz w:val="20"/>
        </w:rPr>
        <w:t>Signature 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Demandeur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 Banque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https://juridique-finance.com/modele-demande-de-consolidation-de-dette-bancaire/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https://juridique-finance.com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juridique-finance.com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finance.com/modele-demande-de-consolidation-de-dette-bancaire/" TargetMode="External"/><Relationship Id="rId10" Type="http://schemas.openxmlformats.org/officeDocument/2006/relationships/hyperlink" Target="https://juridique-fina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