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AUTORISATION DE PRÉLÈVEMENT</w:t>
      </w:r>
    </w:p>
    <w:p/>
    <w:p/>
    <w:p>
      <w:r>
        <w:rPr>
          <w:b/>
          <w:sz w:val="20"/>
        </w:rPr>
        <w:t>Je soussigné(e) :</w:t>
      </w:r>
    </w:p>
    <w:p>
      <w:r>
        <w:rPr>
          <w:b w:val="0"/>
          <w:sz w:val="20"/>
        </w:rPr>
        <w:t>Nom et prénom : ________________________________________________</w:t>
      </w:r>
    </w:p>
    <w:p>
      <w:r>
        <w:rPr>
          <w:b w:val="0"/>
          <w:sz w:val="20"/>
        </w:rPr>
        <w:t>Adresse : ______________________________________________________</w:t>
      </w:r>
    </w:p>
    <w:p>
      <w:r>
        <w:rPr>
          <w:b w:val="0"/>
          <w:sz w:val="20"/>
        </w:rPr>
        <w:t>Code postal : ___________________ Ville : ______________________</w:t>
      </w:r>
    </w:p>
    <w:p>
      <w:r>
        <w:rPr>
          <w:b w:val="0"/>
          <w:sz w:val="20"/>
        </w:rPr>
        <w:t>Téléphone : ____________________________________________________</w:t>
      </w:r>
    </w:p>
    <w:p/>
    <w:p>
      <w:r>
        <w:rPr>
          <w:b/>
          <w:sz w:val="20"/>
        </w:rPr>
        <w:t>Autorise l’organisme suivant :</w:t>
      </w:r>
    </w:p>
    <w:p>
      <w:r>
        <w:rPr>
          <w:b w:val="0"/>
          <w:sz w:val="20"/>
        </w:rPr>
        <w:t>Nom ou raison sociale : _________________________________________</w:t>
      </w:r>
    </w:p>
    <w:p>
      <w:r>
        <w:rPr>
          <w:b w:val="0"/>
          <w:sz w:val="20"/>
        </w:rPr>
        <w:t>Adresse : ______________________________________________________</w:t>
      </w:r>
    </w:p>
    <w:p>
      <w:r>
        <w:rPr>
          <w:b w:val="0"/>
          <w:sz w:val="20"/>
        </w:rPr>
        <w:t>Code postal : ___________________ Ville : ______________________</w:t>
      </w:r>
    </w:p>
    <w:p>
      <w:r>
        <w:rPr>
          <w:b w:val="0"/>
          <w:sz w:val="20"/>
        </w:rPr>
        <w:t>Référence créancier SEPA (ICS) : _______________________________</w:t>
      </w:r>
    </w:p>
    <w:p/>
    <w:p>
      <w:r>
        <w:rPr>
          <w:b/>
          <w:sz w:val="20"/>
        </w:rPr>
        <w:t>À prélever sur mon compte bancaire :</w:t>
      </w:r>
    </w:p>
    <w:p>
      <w:r>
        <w:rPr>
          <w:b w:val="0"/>
          <w:sz w:val="20"/>
        </w:rPr>
        <w:t>Titulaire du compte : ___________________________________________</w:t>
      </w:r>
    </w:p>
    <w:p>
      <w:r>
        <w:rPr>
          <w:b w:val="0"/>
          <w:sz w:val="20"/>
        </w:rPr>
        <w:t>IBAN : _________________________________________________________</w:t>
      </w:r>
    </w:p>
    <w:p>
      <w:r>
        <w:rPr>
          <w:b w:val="0"/>
          <w:sz w:val="20"/>
        </w:rPr>
        <w:t>BIC : __________________________________________________________</w:t>
      </w:r>
    </w:p>
    <w:p/>
    <w:p>
      <w:r>
        <w:rPr>
          <w:b w:val="0"/>
          <w:sz w:val="20"/>
        </w:rPr>
        <w:t>En signant ce document, j’autorise le créancier désigné ci-dessus à transmettre à ma banque les instructions de prélèvement SEPA afin de débiter mon compte des sommes dues.</w:t>
      </w:r>
    </w:p>
    <w:p>
      <w:r>
        <w:rPr>
          <w:b w:val="0"/>
          <w:sz w:val="20"/>
        </w:rPr>
        <w:t>Je peux demander à ma banque de refuser un prélèvement non autorisé conformément aux conditions générales de la banque et à la réglementation en vigueur.</w:t>
      </w:r>
    </w:p>
    <w:p>
      <w:r>
        <w:rPr>
          <w:b w:val="0"/>
          <w:sz w:val="20"/>
        </w:rPr>
        <w:t>Je dispose d’un délai de 8 semaines à compter de la date de débit pour demander le remboursement auprès de ma banque.</w:t>
      </w:r>
    </w:p>
    <w:p/>
    <w:p>
      <w:r>
        <w:rPr>
          <w:b w:val="0"/>
          <w:sz w:val="20"/>
        </w:rPr>
        <w:t>Référence unique du mandat (à compléter par le créancier) : ____________________________</w:t>
      </w:r>
    </w:p>
    <w:p/>
    <w:p>
      <w:r>
        <w:rPr>
          <w:b w:val="0"/>
          <w:sz w:val="20"/>
        </w:rPr>
        <w:t>Je certifie que les informations fournies dans cette autorisation sont exactes et je donne mon consentement exprès pour les prélèvements conformément aux modalités spécifiées.</w:t>
      </w:r>
    </w:p>
    <w:p/>
    <w:p/>
    <w:p>
      <w:r>
        <w:rPr>
          <w:b w:val="0"/>
          <w:sz w:val="20"/>
        </w:rPr>
        <w:t>Fait à : __________________________________________</w:t>
      </w:r>
    </w:p>
    <w:p>
      <w:r>
        <w:rPr>
          <w:b w:val="0"/>
          <w:sz w:val="20"/>
        </w:rPr>
        <w:t>Le : ____________________________________________</w:t>
      </w:r>
    </w:p>
    <w:p/>
    <w:p/>
    <w:p>
      <w:r>
        <w:rPr>
          <w:b/>
          <w:sz w:val="20"/>
        </w:rPr>
        <w:t>Signature :</w:t>
      </w:r>
    </w:p>
    <w:p>
      <w:r>
        <w:rPr>
          <w:b w:val="0"/>
          <w:sz w:val="20"/>
        </w:rPr>
        <w:t>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Titulaire du compte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Créancier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Téléphone : 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Téléphone : 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https://juridique-finance.com/modele-de-lettre-pour-autorisation-de-prelevement/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https://juridique-finance.com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juridique-finance.com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finance.com/modele-de-lettre-pour-autorisation-de-prelevement/" TargetMode="External"/><Relationship Id="rId10" Type="http://schemas.openxmlformats.org/officeDocument/2006/relationships/hyperlink" Target="https://juridique-financ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