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PROVENANCE DES FONDS</w:t>
      </w:r>
    </w:p>
    <w:p/>
    <w:p/>
    <w:p>
      <w:r>
        <w:rPr>
          <w:b w:val="0"/>
          <w:sz w:val="20"/>
        </w:rPr>
        <w:t>Je soussigné(e), ________________________________, demeurant à ____________________________, déclare par la présente attester que les fonds destinés à l’acquisition du bien désigné ci-après proviennent d’une source licite et conforme à la réglementation en vigueur.</w:t>
      </w:r>
    </w:p>
    <w:p/>
    <w:p>
      <w:r>
        <w:rPr>
          <w:b/>
          <w:sz w:val="20"/>
        </w:rPr>
        <w:t>IDENTITÉ DU DÉCLARANT :</w:t>
      </w:r>
    </w:p>
    <w:p>
      <w:r>
        <w:rPr>
          <w:b w:val="0"/>
          <w:sz w:val="20"/>
        </w:rPr>
        <w:t>Nom et Prénom : ___________________________________________________________</w:t>
      </w:r>
    </w:p>
    <w:p>
      <w:r>
        <w:rPr>
          <w:b w:val="0"/>
          <w:sz w:val="20"/>
        </w:rPr>
        <w:t>Date de naissance : 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_______________________________________________________________</w:t>
      </w:r>
    </w:p>
    <w:p>
      <w:r>
        <w:rPr>
          <w:b w:val="0"/>
          <w:sz w:val="20"/>
        </w:rPr>
        <w:t>E-mail : _________________________________________________________________</w:t>
      </w:r>
    </w:p>
    <w:p/>
    <w:p>
      <w:r>
        <w:rPr>
          <w:b/>
          <w:sz w:val="20"/>
        </w:rPr>
        <w:t>DÉSIGNATION DU BIEN ACQUIS :</w:t>
      </w:r>
    </w:p>
    <w:p>
      <w:r>
        <w:rPr>
          <w:b w:val="0"/>
          <w:sz w:val="20"/>
        </w:rPr>
        <w:t>Nature du bien : ___________________________________________________________</w:t>
      </w:r>
    </w:p>
    <w:p>
      <w:r>
        <w:rPr>
          <w:b w:val="0"/>
          <w:sz w:val="20"/>
        </w:rPr>
        <w:t>Description détaillée : _____________________________________________________</w:t>
      </w:r>
    </w:p>
    <w:p>
      <w:r>
        <w:rPr>
          <w:b w:val="0"/>
          <w:sz w:val="20"/>
        </w:rPr>
        <w:t>Montant de l’acquisition : ____________________ EUR</w:t>
      </w:r>
    </w:p>
    <w:p/>
    <w:p>
      <w:r>
        <w:rPr>
          <w:b/>
          <w:sz w:val="20"/>
        </w:rPr>
        <w:t>ORIGINE DES FONDS :</w:t>
      </w:r>
    </w:p>
    <w:p>
      <w:r>
        <w:rPr>
          <w:b w:val="0"/>
          <w:sz w:val="20"/>
        </w:rPr>
        <w:t>Les fonds utilisés pour cette acquisition proviennent des sources suivantes (cocher la ou les case(s) correspondante(s)) :</w:t>
      </w:r>
    </w:p>
    <w:p>
      <w:r>
        <w:rPr>
          <w:b w:val="0"/>
          <w:sz w:val="20"/>
        </w:rPr>
        <w:t>☐ Revenus professionnels (salaires, bénéfices d’activité indépendante, etc.)</w:t>
      </w:r>
    </w:p>
    <w:p>
      <w:r>
        <w:rPr>
          <w:b w:val="0"/>
          <w:sz w:val="20"/>
        </w:rPr>
        <w:t>☐ Revenus patrimoniaux (dividendes, loyers, intérêts, etc.)</w:t>
      </w:r>
    </w:p>
    <w:p>
      <w:r>
        <w:rPr>
          <w:b w:val="0"/>
          <w:sz w:val="20"/>
        </w:rPr>
        <w:t>☐ Épargne personnelle</w:t>
      </w:r>
    </w:p>
    <w:p>
      <w:r>
        <w:rPr>
          <w:b w:val="0"/>
          <w:sz w:val="20"/>
        </w:rPr>
        <w:t>☐ Donation ou héritage reçu conformément à la loi</w:t>
      </w:r>
    </w:p>
    <w:p>
      <w:r>
        <w:rPr>
          <w:b w:val="0"/>
          <w:sz w:val="20"/>
        </w:rPr>
        <w:t>☐ Autre (préciser) : _______________________________________________________</w:t>
      </w:r>
    </w:p>
    <w:p/>
    <w:p>
      <w:r>
        <w:rPr>
          <w:b w:val="0"/>
          <w:sz w:val="20"/>
        </w:rPr>
        <w:t>Je certifie que les fonds évoqués ci-dessus ont été acquis légalement, qu’ils ne proviennent d’aucune activité illicite, et qu’ils respectent pleinement les obligations déclaratives et fiscales en vigueur en France.</w:t>
      </w:r>
    </w:p>
    <w:p/>
    <w:p>
      <w:r>
        <w:rPr>
          <w:b w:val="0"/>
          <w:sz w:val="20"/>
        </w:rPr>
        <w:t>Je m’engage à fournir tout document justificatif nécessaire à la vérification de la provenance des fonds, à la demande des autorités compétentes ou des parties concernées.</w:t>
      </w:r>
    </w:p>
    <w:p/>
    <w:p>
      <w:r>
        <w:rPr>
          <w:b w:val="0"/>
          <w:sz w:val="20"/>
        </w:rPr>
        <w:t>Je suis informé(e) que toute fausse déclaration expose son auteur aux sanctions pénales prévues par la loi.</w:t>
      </w:r>
    </w:p>
    <w:p/>
    <w:p/>
    <w:p>
      <w:r>
        <w:rPr>
          <w:b w:val="0"/>
          <w:sz w:val="20"/>
        </w:rPr>
        <w:t>Lieu de rédaction : __________________________________________________________</w:t>
      </w:r>
    </w:p>
    <w:p>
      <w:r>
        <w:rPr>
          <w:b w:val="0"/>
          <w:sz w:val="20"/>
        </w:rPr>
        <w:t>Signature 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Déclarant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Témoin ou Représentant (le cas échéant)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https://juridique-finance.com/modele-attestation-provenance-des-fonds/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https://juridique-finance.com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juridique-finance.com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finance.com/modele-attestation-provenance-des-fonds/" TargetMode="External"/><Relationship Id="rId10" Type="http://schemas.openxmlformats.org/officeDocument/2006/relationships/hyperlink" Target="https://juridique-finan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