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SALAIRE</w:t>
      </w:r>
    </w:p>
    <w:p/>
    <w:p/>
    <w:p>
      <w:r>
        <w:rPr>
          <w:b/>
          <w:sz w:val="20"/>
        </w:rPr>
        <w:t xml:space="preserve">Je soussigné(e), </w:t>
      </w:r>
    </w:p>
    <w:p>
      <w:r>
        <w:rPr>
          <w:b w:val="0"/>
          <w:sz w:val="20"/>
        </w:rPr>
        <w:t>Nom et prénom de l'employeur : _____________________________________________</w:t>
      </w:r>
    </w:p>
    <w:p>
      <w:r>
        <w:rPr>
          <w:b w:val="0"/>
          <w:sz w:val="20"/>
        </w:rPr>
        <w:t>Fonction : _________________________________________________________________</w:t>
      </w:r>
    </w:p>
    <w:p>
      <w:r>
        <w:rPr>
          <w:b w:val="0"/>
          <w:sz w:val="20"/>
        </w:rPr>
        <w:t>Adresse de l'entreprise : 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________________________________________________________________</w:t>
      </w:r>
    </w:p>
    <w:p/>
    <w:p>
      <w:r>
        <w:rPr>
          <w:b/>
          <w:sz w:val="20"/>
        </w:rPr>
        <w:t>certifie que :</w:t>
      </w:r>
    </w:p>
    <w:p>
      <w:r>
        <w:rPr>
          <w:b w:val="0"/>
          <w:sz w:val="20"/>
        </w:rPr>
        <w:t>Nom et prénom du salarié : _________________________________________________</w:t>
      </w:r>
    </w:p>
    <w:p>
      <w:r>
        <w:rPr>
          <w:b w:val="0"/>
          <w:sz w:val="20"/>
        </w:rPr>
        <w:t>Date et lieu de naissance : 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Poste occupé : _____________________________________________________________</w:t>
      </w:r>
    </w:p>
    <w:p/>
    <w:p>
      <w:r>
        <w:rPr>
          <w:b w:val="0"/>
          <w:sz w:val="20"/>
        </w:rPr>
        <w:t>est employé(e) au sein de notre entreprise depuis le : ________________________</w:t>
      </w:r>
    </w:p>
    <w:p>
      <w:r>
        <w:rPr>
          <w:b w:val="0"/>
          <w:sz w:val="20"/>
        </w:rPr>
        <w:t>en qualité de : ____________________________________________________________</w:t>
      </w:r>
    </w:p>
    <w:p>
      <w:r>
        <w:rPr>
          <w:b w:val="0"/>
          <w:sz w:val="20"/>
        </w:rPr>
        <w:t>contrat de travail : □ CDI     □ CDD     □ Intérim     □ Autre : ________________</w:t>
      </w:r>
    </w:p>
    <w:p/>
    <w:p>
      <w:r>
        <w:rPr>
          <w:b w:val="0"/>
          <w:sz w:val="20"/>
        </w:rPr>
        <w:t>Cette attestation est délivrée à la demande de l'intéressé(e) pour servir et valoir ce que de droit.</w:t>
      </w:r>
    </w:p>
    <w:p/>
    <w:p>
      <w:r>
        <w:rPr>
          <w:b/>
          <w:sz w:val="20"/>
        </w:rPr>
        <w:t>Rémunération :</w:t>
      </w:r>
    </w:p>
    <w:p>
      <w:r>
        <w:rPr>
          <w:b w:val="0"/>
          <w:sz w:val="20"/>
        </w:rPr>
        <w:t>Salaire mensuel brut : _________________ EUR</w:t>
      </w:r>
    </w:p>
    <w:p>
      <w:r>
        <w:rPr>
          <w:b w:val="0"/>
          <w:sz w:val="20"/>
        </w:rPr>
        <w:t>Salaire mensuel net : _________________ EUR</w:t>
      </w:r>
    </w:p>
    <w:p>
      <w:r>
        <w:rPr>
          <w:b w:val="0"/>
          <w:sz w:val="20"/>
        </w:rPr>
        <w:t>Prime(s) éventuelle(s) : ____________________________________________________</w:t>
      </w:r>
    </w:p>
    <w:p>
      <w:r>
        <w:rPr>
          <w:b w:val="0"/>
          <w:sz w:val="20"/>
        </w:rPr>
        <w:t>Avantages en nature : _______________________________________________________</w:t>
      </w:r>
    </w:p>
    <w:p>
      <w:r>
        <w:rPr>
          <w:b w:val="0"/>
          <w:sz w:val="20"/>
        </w:rPr>
        <w:t>Périodicité de paiement : ___________________________________________________</w:t>
      </w:r>
    </w:p>
    <w:p/>
    <w:p>
      <w:r>
        <w:rPr>
          <w:b/>
          <w:sz w:val="20"/>
        </w:rPr>
        <w:t>Temps de travail :</w:t>
      </w:r>
    </w:p>
    <w:p>
      <w:r>
        <w:rPr>
          <w:b w:val="0"/>
          <w:sz w:val="20"/>
        </w:rPr>
        <w:t>Durée hebdomadaire de travail : __________ heures</w:t>
      </w:r>
    </w:p>
    <w:p>
      <w:r>
        <w:rPr>
          <w:b w:val="0"/>
          <w:sz w:val="20"/>
        </w:rPr>
        <w:t>Temps plein : □ Oui     □ Non</w:t>
      </w:r>
    </w:p>
    <w:p>
      <w:r>
        <w:rPr>
          <w:b w:val="0"/>
          <w:sz w:val="20"/>
        </w:rPr>
        <w:t>Si temps partiel, préciser le nombre d’heures : __________ heures par semaine</w:t>
      </w:r>
    </w:p>
    <w:p/>
    <w:p>
      <w:r>
        <w:rPr>
          <w:b/>
          <w:sz w:val="20"/>
        </w:rPr>
        <w:t>Absences éventuelles au cours des 12 derniers mois :</w:t>
      </w:r>
    </w:p>
    <w:p>
      <w:r>
        <w:rPr>
          <w:b w:val="0"/>
          <w:sz w:val="20"/>
        </w:rPr>
        <w:t>□ Aucune    □ Maladie    □ Congé maternité/paternité    □ Congé sans solde    □ Autres : __________</w:t>
      </w:r>
    </w:p>
    <w:p/>
    <w:p>
      <w:r>
        <w:rPr>
          <w:b w:val="0"/>
          <w:sz w:val="20"/>
        </w:rPr>
        <w:t>Fait pour servir et valoir ce que de droit.</w:t>
      </w:r>
    </w:p>
    <w:p/>
    <w:p/>
    <w:p/>
    <w:p>
      <w:r>
        <w:rPr>
          <w:b w:val="0"/>
          <w:sz w:val="20"/>
        </w:rPr>
        <w:t>Fait à : _________________________________________________________________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</w:t>
      </w:r>
    </w:p>
    <w:p/>
    <w:p/>
    <w:p/>
    <w:p>
      <w:r>
        <w:rPr>
          <w:b/>
          <w:sz w:val="20"/>
        </w:rPr>
        <w:t>Signature de l'employeur :</w:t>
      </w:r>
    </w:p>
    <w:p>
      <w:r>
        <w:rPr>
          <w:b w:val="0"/>
          <w:sz w:val="20"/>
        </w:rPr>
        <w:t>___________________________________________________________</w:t>
      </w:r>
    </w:p>
    <w:p/>
    <w:p/>
    <w:p>
      <w:r>
        <w:rPr>
          <w:b/>
          <w:sz w:val="20"/>
        </w:rPr>
        <w:t>Cachet de l'entreprise :</w:t>
      </w:r>
    </w:p>
    <w:p>
      <w:r>
        <w:rPr>
          <w:b w:val="0"/>
          <w:sz w:val="20"/>
        </w:rPr>
        <w:t>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de 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Fonction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https://juridique-finance.com/modele-attestation-de-salaire/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odele-attestation-de-salaire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