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ATTESTATION DE FIN DE PRÊT</w:t>
      </w:r>
    </w:p>
    <w:p/>
    <w:p/>
    <w:p>
      <w:r>
        <w:rPr>
          <w:b w:val="0"/>
          <w:sz w:val="20"/>
        </w:rPr>
        <w:t>Je soussigné(e), ________________________________________________________________, agissant en qualité de représentant de l'établissement prêteur désigné ci-dessous, certifie par la présente que :</w:t>
      </w:r>
    </w:p>
    <w:p/>
    <w:p>
      <w:r>
        <w:rPr>
          <w:b/>
          <w:sz w:val="20"/>
        </w:rPr>
        <w:t>ÉTABLISSEMENT PRÊTEUR</w:t>
      </w:r>
    </w:p>
    <w:p>
      <w:r>
        <w:rPr>
          <w:b w:val="0"/>
          <w:sz w:val="20"/>
        </w:rPr>
        <w:t>Nom : ____________________________________________________________</w:t>
      </w:r>
    </w:p>
    <w:p>
      <w:r>
        <w:rPr>
          <w:b w:val="0"/>
          <w:sz w:val="20"/>
        </w:rPr>
        <w:t>Adresse : _________________________________________________________</w:t>
      </w:r>
    </w:p>
    <w:p>
      <w:r>
        <w:rPr>
          <w:b w:val="0"/>
          <w:sz w:val="20"/>
        </w:rPr>
        <w:t>Téléphone : _______________________________________________________</w:t>
      </w:r>
    </w:p>
    <w:p>
      <w:r>
        <w:rPr>
          <w:b w:val="0"/>
          <w:sz w:val="20"/>
        </w:rPr>
        <w:t>Adresse électronique : ____________________________________________</w:t>
      </w:r>
    </w:p>
    <w:p/>
    <w:p>
      <w:r>
        <w:rPr>
          <w:b/>
          <w:sz w:val="20"/>
        </w:rPr>
        <w:t>EMPRUNTEUR</w:t>
      </w:r>
    </w:p>
    <w:p>
      <w:r>
        <w:rPr>
          <w:b w:val="0"/>
          <w:sz w:val="20"/>
        </w:rPr>
        <w:t>Nom et prénom : ___________________________________________________</w:t>
      </w:r>
    </w:p>
    <w:p>
      <w:r>
        <w:rPr>
          <w:b w:val="0"/>
          <w:sz w:val="20"/>
        </w:rPr>
        <w:t>Adresse : _________________________________________________________</w:t>
      </w:r>
    </w:p>
    <w:p>
      <w:r>
        <w:rPr>
          <w:b w:val="0"/>
          <w:sz w:val="20"/>
        </w:rPr>
        <w:t>Numéro de téléphone : ____________________________________________</w:t>
      </w:r>
    </w:p>
    <w:p>
      <w:r>
        <w:rPr>
          <w:b w:val="0"/>
          <w:sz w:val="20"/>
        </w:rPr>
        <w:t>Adresse électronique : ____________________________________________</w:t>
      </w:r>
    </w:p>
    <w:p/>
    <w:p>
      <w:r>
        <w:rPr>
          <w:b/>
          <w:sz w:val="20"/>
        </w:rPr>
        <w:t>DÉTAILS DU PRÊT</w:t>
      </w:r>
    </w:p>
    <w:p>
      <w:r>
        <w:rPr>
          <w:b w:val="0"/>
          <w:sz w:val="20"/>
        </w:rPr>
        <w:t>Numéro de contrat : _______________________________________________</w:t>
      </w:r>
    </w:p>
    <w:p>
      <w:r>
        <w:rPr>
          <w:b w:val="0"/>
          <w:sz w:val="20"/>
        </w:rPr>
        <w:t>Type de prêt : _____________________________________________________</w:t>
      </w:r>
    </w:p>
    <w:p>
      <w:r>
        <w:rPr>
          <w:b w:val="0"/>
          <w:sz w:val="20"/>
        </w:rPr>
        <w:t>Montant initial du prêt : _________________ EUR</w:t>
      </w:r>
    </w:p>
    <w:p>
      <w:r>
        <w:rPr>
          <w:b w:val="0"/>
          <w:sz w:val="20"/>
        </w:rPr>
        <w:t>Durée du prêt : _______________________ mois</w:t>
      </w:r>
    </w:p>
    <w:p>
      <w:r>
        <w:rPr>
          <w:b w:val="0"/>
          <w:sz w:val="20"/>
        </w:rPr>
        <w:t>Date de début du prêt : __________________________________________</w:t>
      </w:r>
    </w:p>
    <w:p>
      <w:r>
        <w:rPr>
          <w:b w:val="0"/>
          <w:sz w:val="20"/>
        </w:rPr>
        <w:t>Date de fin de remboursement : ____________________________________</w:t>
      </w:r>
    </w:p>
    <w:p/>
    <w:p>
      <w:r>
        <w:rPr>
          <w:b w:val="0"/>
          <w:sz w:val="20"/>
        </w:rPr>
        <w:t>Par la présente, il est attesté que l’Emprunteur a intégralement remboursé le prêt susmentionné, incluant toutes les échéances, intérêts et frais accessoires. En conséquence, l’établissement prêteur déclare que la dette est entièrement éteinte et que l’Emprunteur est libéré de toute obligation financière relative à ce prêt.</w:t>
      </w:r>
    </w:p>
    <w:p/>
    <w:p>
      <w:r>
        <w:rPr>
          <w:b w:val="0"/>
          <w:sz w:val="20"/>
        </w:rPr>
        <w:t>Cette attestation vaut quittance et peut être produite pour toute formalité administrative, notamment pour la mainlevée des garanties ou hypothèques ayant pu être constituées au titre du prêt.</w:t>
      </w:r>
    </w:p>
    <w:p/>
    <w:p>
      <w:r>
        <w:rPr>
          <w:b w:val="0"/>
          <w:sz w:val="20"/>
        </w:rPr>
        <w:t>Conformément aux dispositions légales en vigueur, cette attestation est établie sans préjudice des droits éventuels de l’établissement prêteur en cas de réclamation ultérieure fondée sur des éléments inconnus à la date de signature de la présente.</w:t>
      </w:r>
    </w:p>
    <w:p/>
    <w:p/>
    <w:p>
      <w:r>
        <w:rPr>
          <w:b w:val="0"/>
          <w:sz w:val="20"/>
        </w:rPr>
        <w:t>Lieu de rédaction : _________________________________________________</w:t>
      </w:r>
    </w:p>
    <w:p/>
    <w:p>
      <w:r>
        <w:rPr>
          <w:b w:val="0"/>
          <w:sz w:val="20"/>
        </w:rPr>
        <w:t>Date : ____________________________________________________________</w:t>
      </w:r>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ÉTABLISSEMENT PRÊTEUR</w:t>
            </w:r>
          </w:p>
        </w:tc>
        <w:tc>
          <w:tcPr>
            <w:tcW w:type="dxa" w:w="4986"/>
            <w:tcBorders>
              <w:top w:val="nil"/>
              <w:left w:val="nil"/>
              <w:bottom w:val="nil"/>
              <w:right w:val="nil"/>
              <w:insideH w:val="nil"/>
              <w:insideV w:val="nil"/>
            </w:tcBorders>
          </w:tcPr>
          <w:p>
            <w:pPr>
              <w:jc w:val="center"/>
            </w:pPr>
            <w:r>
              <w:t>EMPRUNTEUR</w:t>
            </w:r>
          </w:p>
        </w:tc>
      </w:tr>
      <w:tr>
        <w:tc>
          <w:tcPr>
            <w:tcW w:type="dxa" w:w="4986"/>
            <w:tcBorders>
              <w:top w:val="nil"/>
              <w:left w:val="nil"/>
              <w:bottom w:val="nil"/>
              <w:right w:val="nil"/>
              <w:insideH w:val="nil"/>
              <w:insideV w:val="nil"/>
            </w:tcBorders>
          </w:tcPr>
          <w:p>
            <w:pPr>
              <w:jc w:val="center"/>
            </w:pPr>
            <w:r>
              <w:br/>
              <w:br/>
              <w:t>Signature : _________________________</w:t>
            </w:r>
          </w:p>
        </w:tc>
        <w:tc>
          <w:tcPr>
            <w:tcW w:type="dxa" w:w="4986"/>
            <w:tcBorders>
              <w:top w:val="nil"/>
              <w:left w:val="nil"/>
              <w:bottom w:val="nil"/>
              <w:right w:val="nil"/>
              <w:insideH w:val="nil"/>
              <w:insideV w:val="nil"/>
            </w:tcBorders>
          </w:tcPr>
          <w:p>
            <w:pPr>
              <w:jc w:val="center"/>
            </w:pPr>
            <w:r>
              <w:br/>
              <w:br/>
              <w:t>Signature : _________________________</w:t>
            </w:r>
          </w:p>
        </w:tc>
      </w:tr>
      <w:tr>
        <w:tc>
          <w:tcPr>
            <w:tcW w:type="dxa" w:w="4986"/>
            <w:tcBorders>
              <w:top w:val="nil"/>
              <w:left w:val="nil"/>
              <w:bottom w:val="nil"/>
              <w:right w:val="nil"/>
              <w:insideH w:val="nil"/>
              <w:insideV w:val="nil"/>
            </w:tcBorders>
          </w:tcPr>
          <w:p>
            <w:pPr>
              <w:jc w:val="center"/>
            </w:pPr>
            <w:r>
              <w:t>Nom et fonction : ________________________________________________</w:t>
            </w:r>
          </w:p>
        </w:tc>
        <w:tc>
          <w:tcPr>
            <w:tcW w:type="dxa" w:w="4986"/>
            <w:tcBorders>
              <w:top w:val="nil"/>
              <w:left w:val="nil"/>
              <w:bottom w:val="nil"/>
              <w:right w:val="nil"/>
              <w:insideH w:val="nil"/>
              <w:insideV w:val="nil"/>
            </w:tcBorders>
          </w:tcPr>
          <w:p>
            <w:pPr>
              <w:jc w:val="center"/>
            </w:pPr>
            <w:r>
              <w:t>Nom : _________________________________________________________</w:t>
            </w:r>
          </w:p>
        </w:tc>
      </w:tr>
    </w:tbl>
    <w:p>
      <w:r>
        <w:br w:type="page"/>
      </w:r>
    </w:p>
    <w:p>
      <w:pPr>
        <w:jc w:val="center"/>
      </w:pPr>
      <w:r>
        <w:rPr>
          <w:color w:val="555555"/>
          <w:sz w:val="24"/>
        </w:rPr>
        <w:t>Source originale de ce document :</w:t>
      </w:r>
    </w:p>
    <w:p>
      <w:pPr>
        <w:jc w:val="center"/>
      </w:pPr>
      <w:hyperlink r:id="rId9">
        <w:r>
          <w:rPr>
            <w:color w:val="0000FF"/>
            <w:u w:val="single"/>
          </w:rPr>
          <w:t>https://juridique-finance.com/modele-attestation-de-fin-de-pret/</w:t>
        </w:r>
      </w:hyperlink>
    </w:p>
    <w:p>
      <w:pPr>
        <w:jc w:val="center"/>
      </w:pPr>
      <w:r>
        <w:rPr>
          <w:color w:val="555555"/>
          <w:sz w:val="26"/>
        </w:rPr>
        <w:t>Ce modèle vous a-t-il été utile ?</w:t>
      </w:r>
    </w:p>
    <w:p>
      <w:pPr>
        <w:jc w:val="center"/>
      </w:pPr>
      <w:r>
        <w:rPr>
          <w:color w:val="555555"/>
          <w:sz w:val="26"/>
        </w:rPr>
        <w:t>Trouvez d'autres modèles à jour sur :</w:t>
      </w:r>
    </w:p>
    <w:p>
      <w:pPr>
        <w:jc w:val="center"/>
      </w:pPr>
      <w:hyperlink r:id="rId10">
        <w:r>
          <w:rPr>
            <w:color w:val="0000FF"/>
            <w:u w:val="single"/>
          </w:rPr>
          <w:t>https://juridique-finance.com</w:t>
        </w:r>
      </w:hyperlink>
    </w:p>
    <w:p>
      <w:pPr>
        <w:jc w:val="center"/>
      </w:pPr>
      <w:r>
        <w:rPr>
          <w:color w:val="808080"/>
          <w:sz w:val="20"/>
        </w:rPr>
        <w:t>Ce modèle est destiné exclusivement à un usage personnel et non commercial.</w:t>
        <w:br/>
        <w:t>Toute diffusion ou publication doit obligatoirement mentionner la source. © juridique-finance.com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juridique-finance.com/modele-attestation-de-fin-de-pret/" TargetMode="External"/><Relationship Id="rId10" Type="http://schemas.openxmlformats.org/officeDocument/2006/relationships/hyperlink" Target="https://juridique-financ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