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ATTESTATION DU COMMISSAIRE AUX COMPTES</w:t>
      </w:r>
    </w:p>
    <w:p/>
    <w:p/>
    <w:p>
      <w:r>
        <w:rPr>
          <w:b/>
          <w:sz w:val="20"/>
        </w:rPr>
        <w:t>Je soussigné(e),</w:t>
      </w:r>
    </w:p>
    <w:p>
      <w:r>
        <w:rPr>
          <w:b w:val="0"/>
          <w:sz w:val="20"/>
        </w:rPr>
        <w:t>Nom : ______________________________________________________________</w:t>
      </w:r>
    </w:p>
    <w:p>
      <w:r>
        <w:rPr>
          <w:b w:val="0"/>
          <w:sz w:val="20"/>
        </w:rPr>
        <w:t>Commissaire aux Comptes inscrit(e) à la Compagnie Régionale des Commissaires aux Comptes de _________________</w:t>
      </w:r>
    </w:p>
    <w:p>
      <w:r>
        <w:rPr>
          <w:b w:val="0"/>
          <w:sz w:val="20"/>
        </w:rPr>
        <w:t>Adresse professionnelle : ____________________________________________</w:t>
      </w:r>
    </w:p>
    <w:p>
      <w:r>
        <w:rPr>
          <w:b w:val="0"/>
          <w:sz w:val="20"/>
        </w:rPr>
        <w:t>Téléphone : ________________________________________________________</w:t>
      </w:r>
    </w:p>
    <w:p>
      <w:r>
        <w:rPr>
          <w:b w:val="0"/>
          <w:sz w:val="20"/>
        </w:rPr>
        <w:t>Courriel : _________________________________________________________</w:t>
      </w:r>
    </w:p>
    <w:p/>
    <w:p>
      <w:r>
        <w:rPr>
          <w:b/>
          <w:sz w:val="20"/>
        </w:rPr>
        <w:t>Atteste par la présente, conformément aux dispositions légales et réglementaires en vigueur, avoir effectué les diligences nécessaires relatives à l'examen des comptes annuels de la société :</w:t>
      </w:r>
    </w:p>
    <w:p>
      <w:r>
        <w:rPr>
          <w:b w:val="0"/>
          <w:sz w:val="20"/>
        </w:rPr>
        <w:t>Raison sociale : ______________________________________________________</w:t>
      </w:r>
    </w:p>
    <w:p>
      <w:r>
        <w:rPr>
          <w:b w:val="0"/>
          <w:sz w:val="20"/>
        </w:rPr>
        <w:t>Forme juridique : ____________________________________________________</w:t>
      </w:r>
    </w:p>
    <w:p>
      <w:r>
        <w:rPr>
          <w:b w:val="0"/>
          <w:sz w:val="20"/>
        </w:rPr>
        <w:t>Adresse du siège social : ____________________________________________</w:t>
      </w:r>
    </w:p>
    <w:p>
      <w:r>
        <w:rPr>
          <w:b w:val="0"/>
          <w:sz w:val="20"/>
        </w:rPr>
        <w:t>Numéro SIREN : _____________________________________________________</w:t>
      </w:r>
    </w:p>
    <w:p>
      <w:r>
        <w:rPr>
          <w:b w:val="0"/>
          <w:sz w:val="20"/>
        </w:rPr>
        <w:t>Exercice clos au : _________________________________________________</w:t>
      </w:r>
    </w:p>
    <w:p/>
    <w:p>
      <w:r>
        <w:rPr>
          <w:b/>
          <w:sz w:val="20"/>
        </w:rPr>
        <w:t>OBJET DE L’ATTESTATION</w:t>
      </w:r>
    </w:p>
    <w:p>
      <w:r>
        <w:rPr>
          <w:b w:val="0"/>
          <w:sz w:val="20"/>
        </w:rPr>
        <w:t>Cette attestation est délivrée pour servir et valoir ce que de droit, notamment auprès des tiers ou des autorités compétentes, en vue de certifier la régularité et la sincérité des informations financières communiquées par la société susmentionnée dans ses comptes annuels.</w:t>
      </w:r>
    </w:p>
    <w:p/>
    <w:p>
      <w:r>
        <w:rPr>
          <w:b/>
          <w:sz w:val="20"/>
        </w:rPr>
        <w:t>BASES DE L’ATTESTATION</w:t>
      </w:r>
    </w:p>
    <w:p>
      <w:r>
        <w:rPr>
          <w:b w:val="0"/>
          <w:sz w:val="20"/>
        </w:rPr>
        <w:t>Les diligences ont été conduites conformément aux normes professionnelles applicables aux Commissaires aux Comptes en France, incluant notamment l’examen des pièces justificatives, le contrôle des procédures internes et la vérification des informations comptables et financières.</w:t>
      </w:r>
    </w:p>
    <w:p/>
    <w:p>
      <w:r>
        <w:rPr>
          <w:b/>
          <w:sz w:val="20"/>
        </w:rPr>
        <w:t>CONCLUSIONS</w:t>
      </w:r>
    </w:p>
    <w:p>
      <w:r>
        <w:rPr>
          <w:b w:val="0"/>
          <w:sz w:val="20"/>
        </w:rPr>
        <w:t>Sur la base des travaux réalisés, et sous réserve des limites inhérentes à une mission d’attestation, rien n’a été porté à notre connaissance qui puisse remettre en cause la régularité, la sincérité et l’image fidèle donnée par les comptes annuels de la société à la date de clôture de l’exercice.</w:t>
      </w:r>
    </w:p>
    <w:p/>
    <w:p>
      <w:r>
        <w:rPr>
          <w:b/>
          <w:sz w:val="20"/>
        </w:rPr>
        <w:t>RESPONSABILITÉ</w:t>
      </w:r>
    </w:p>
    <w:p>
      <w:r>
        <w:rPr>
          <w:b w:val="0"/>
          <w:sz w:val="20"/>
        </w:rPr>
        <w:t>Cette attestation est établie à l’attention exclusive de la société susmentionnée et ne saurait être utilisée à d’autres fins sans notre accord écrit préalable. Le Commissaire aux Comptes décline toute responsabilité en cas d’utilisation abusive ou détournée du présent document.</w:t>
      </w:r>
    </w:p>
    <w:p/>
    <w:p>
      <w:r>
        <w:rPr>
          <w:b/>
          <w:sz w:val="20"/>
        </w:rPr>
        <w:t>RAPPEL DES DISPOSITIONS LÉGALES</w:t>
      </w:r>
    </w:p>
    <w:p>
      <w:r>
        <w:rPr>
          <w:b w:val="0"/>
          <w:sz w:val="20"/>
        </w:rPr>
        <w:t>Cette attestation est délivrée conformément aux articles L.823-9 et suivants du Code de commerce et s’inscrit dans le cadre de la mission légale du Commissaire aux Comptes définie par les textes en vigueur.</w:t>
      </w:r>
    </w:p>
    <w:p/>
    <w:p/>
    <w:p>
      <w:r>
        <w:rPr>
          <w:b w:val="0"/>
          <w:sz w:val="20"/>
        </w:rPr>
        <w:t>Lieu de signature : _________________________________________________</w:t>
      </w:r>
    </w:p>
    <w:p>
      <w:r>
        <w:rPr>
          <w:b w:val="0"/>
          <w:sz w:val="20"/>
        </w:rPr>
        <w:t>Date : ____________________________________________________________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Le Commissaire aux Comptes</w:t>
            </w:r>
          </w:p>
        </w:tc>
      </w:tr>
      <w:tr>
        <w:tc>
          <w:tcPr>
            <w:tcW w:type="dxa" w:w="9972"/>
            <w:tcBorders>
              <w:top w:val="nil"/>
              <w:left w:val="nil"/>
              <w:bottom w:val="nil"/>
              <w:right w:val="nil"/>
              <w:insideH w:val="nil"/>
              <w:insideV w:val="nil"/>
            </w:tcBorders>
          </w:tcPr>
          <w:p>
            <w:pPr>
              <w:jc w:val="center"/>
            </w:pPr>
            <w:r>
              <w:br/>
              <w:br/>
              <w:t>Signature : _______________________________</w:t>
            </w:r>
          </w:p>
        </w:tc>
      </w:tr>
      <w:tr>
        <w:tc>
          <w:tcPr>
            <w:tcW w:type="dxa" w:w="9972"/>
            <w:tcBorders>
              <w:top w:val="nil"/>
              <w:left w:val="nil"/>
              <w:bottom w:val="nil"/>
              <w:right w:val="nil"/>
              <w:insideH w:val="nil"/>
              <w:insideV w:val="nil"/>
            </w:tcBorders>
          </w:tcPr>
          <w:p>
            <w:pPr>
              <w:jc w:val="center"/>
            </w:pPr>
            <w:r>
              <w:t>Nom : 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https://juridique-finance.com/modele-attestation-commissaire-aux-comptes/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https://juridique-finance.com</w:t>
        </w:r>
      </w:hyperlink>
    </w:p>
    <w:p>
      <w:pPr>
        <w:jc w:val="center"/>
      </w:pPr>
      <w:r>
        <w:rPr>
          <w:color w:val="808080"/>
          <w:sz w:val="20"/>
        </w:rPr>
        <w:t>Ce modèle est destiné exclusivement à un usage personnel et non commercial.</w:t>
        <w:br/>
        <w:t>Toute diffusion ou publication doit obligatoirement mentionner la source. © juridique-finance.com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finance.com/modele-attestation-commissaire-aux-comptes/" TargetMode="External"/><Relationship Id="rId10" Type="http://schemas.openxmlformats.org/officeDocument/2006/relationships/hyperlink" Target="https://juridique-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