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MAIL DE DEMANDE DE SOLDE DE TOUT COMPTE</w:t>
      </w:r>
    </w:p>
    <w:p/>
    <w:p/>
    <w:p>
      <w:r>
        <w:rPr>
          <w:b/>
          <w:sz w:val="20"/>
        </w:rPr>
        <w:t>À</w:t>
      </w:r>
    </w:p>
    <w:p>
      <w:r>
        <w:rPr>
          <w:b w:val="0"/>
          <w:sz w:val="20"/>
        </w:rPr>
        <w:t>Monsieur/Madame _______________________________________________</w:t>
      </w:r>
    </w:p>
    <w:p>
      <w:r>
        <w:rPr>
          <w:b w:val="0"/>
          <w:sz w:val="20"/>
        </w:rPr>
        <w:t>Service Ressources Humaines / Comptabilité</w:t>
      </w:r>
    </w:p>
    <w:p>
      <w:r>
        <w:rPr>
          <w:b w:val="0"/>
          <w:sz w:val="20"/>
        </w:rPr>
        <w:t>Entreprise _____________________________________________________</w:t>
      </w:r>
    </w:p>
    <w:p>
      <w:r>
        <w:rPr>
          <w:b w:val="0"/>
          <w:sz w:val="20"/>
        </w:rPr>
        <w:t>Adresse _______________________________________________________</w:t>
      </w:r>
    </w:p>
    <w:p/>
    <w:p/>
    <w:p>
      <w:r>
        <w:rPr>
          <w:b/>
          <w:sz w:val="20"/>
        </w:rPr>
        <w:t>De</w:t>
      </w:r>
    </w:p>
    <w:p>
      <w:r>
        <w:rPr>
          <w:b w:val="0"/>
          <w:sz w:val="20"/>
        </w:rPr>
        <w:t>Nom et Prénom : _______________________________________________</w:t>
      </w:r>
    </w:p>
    <w:p>
      <w:r>
        <w:rPr>
          <w:b w:val="0"/>
          <w:sz w:val="20"/>
        </w:rPr>
        <w:t>Adresse : ______________________________________________________</w:t>
      </w:r>
    </w:p>
    <w:p>
      <w:r>
        <w:rPr>
          <w:b w:val="0"/>
          <w:sz w:val="20"/>
        </w:rPr>
        <w:t>Téléphone : ____________________________________________________</w:t>
      </w:r>
    </w:p>
    <w:p>
      <w:r>
        <w:rPr>
          <w:b w:val="0"/>
          <w:sz w:val="20"/>
        </w:rPr>
        <w:t>E-mail : ______________________________________________________</w:t>
      </w:r>
    </w:p>
    <w:p/>
    <w:p/>
    <w:p>
      <w:r>
        <w:rPr>
          <w:b/>
          <w:sz w:val="20"/>
        </w:rPr>
        <w:t>Objet : Demande de solde de tout compte</w:t>
      </w:r>
    </w:p>
    <w:p/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Je me permets de vous adresser la présente afin de solliciter le versement de mon solde de tout compte au titre de la rupture de mon contrat de travail.</w:t>
      </w:r>
    </w:p>
    <w:p/>
    <w:p>
      <w:r>
        <w:rPr>
          <w:b w:val="0"/>
          <w:sz w:val="20"/>
        </w:rPr>
        <w:t>Conformément à l'article L1234-20 du Code du travail, je vous remercie de bien vouloir me faire parvenir l'ensemble des documents afférents à la cessation de mon contrat, à savoir :</w:t>
      </w:r>
    </w:p>
    <w:p/>
    <w:p>
      <w:r>
        <w:rPr>
          <w:sz w:val="20"/>
        </w:rPr>
        <w:t>• Le solde de tout compte</w:t>
        <w:br/>
        <w:t>• Le certificat de travail</w:t>
        <w:br/>
        <w:t>• L’attestation Pôle emploi</w:t>
        <w:br/>
        <w:t>• Le reçu pour solde de tout compte</w:t>
      </w:r>
    </w:p>
    <w:p/>
    <w:p>
      <w:r>
        <w:rPr>
          <w:b w:val="0"/>
          <w:sz w:val="20"/>
        </w:rPr>
        <w:t>Je vous saurais gré de bien vouloir procéder au règlement des sommes qui me sont dues dans les plus brefs délais, conformément aux dispositions légales et contractuelles applicables.</w:t>
      </w:r>
    </w:p>
    <w:p/>
    <w:p>
      <w:r>
        <w:rPr>
          <w:b w:val="0"/>
          <w:sz w:val="20"/>
        </w:rPr>
        <w:t>Je reste à votre disposition pour tout renseignement complémentaire et vous prie d’agréer, Madame, Monsieur, l’expression de mes salutations distinguées.</w:t>
      </w:r>
    </w:p>
    <w:p/>
    <w:p/>
    <w:p>
      <w:r>
        <w:rPr>
          <w:b/>
          <w:sz w:val="20"/>
        </w:rPr>
        <w:t>Signature :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Fait à 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Le : 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https://juridique-finance.com/mail-demande-solde-de-tout-compte/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https://juridique-finance.com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juridique-finance.com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finance.com/mail-demande-solde-de-tout-compte/" TargetMode="External"/><Relationship Id="rId10" Type="http://schemas.openxmlformats.org/officeDocument/2006/relationships/hyperlink" Target="https://juridique-finan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