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DEMANDE DE SUBVENTION</w:t>
      </w:r>
    </w:p>
    <w:p/>
    <w:p/>
    <w:p>
      <w:r>
        <w:rPr>
          <w:b/>
          <w:sz w:val="20"/>
        </w:rPr>
        <w:t>Objet de la demande :</w:t>
      </w:r>
    </w:p>
    <w:p>
      <w:r>
        <w:rPr>
          <w:b w:val="0"/>
          <w:sz w:val="20"/>
        </w:rPr>
        <w:t>Demande de subvention destinée à soutenir un projet conforme aux dispositions légales en vigueur en France, visant à promouvoir le développement économique, social ou culturel.</w:t>
      </w:r>
    </w:p>
    <w:p/>
    <w:p>
      <w:r>
        <w:rPr>
          <w:b/>
          <w:sz w:val="20"/>
        </w:rPr>
        <w:t>Informations du Demandeur :</w:t>
      </w:r>
    </w:p>
    <w:p>
      <w:r>
        <w:rPr>
          <w:b w:val="0"/>
          <w:sz w:val="20"/>
        </w:rPr>
        <w:t>Nom / Raison sociale : _______________________________________________</w:t>
      </w:r>
    </w:p>
    <w:p>
      <w:r>
        <w:rPr>
          <w:b w:val="0"/>
          <w:sz w:val="20"/>
        </w:rPr>
        <w:t>Forme juridique : ____________________________________________________</w:t>
      </w:r>
    </w:p>
    <w:p>
      <w:r>
        <w:rPr>
          <w:b w:val="0"/>
          <w:sz w:val="20"/>
        </w:rPr>
        <w:t>SIRET : _____________________________________________________________</w:t>
      </w:r>
    </w:p>
    <w:p>
      <w:r>
        <w:rPr>
          <w:b w:val="0"/>
          <w:sz w:val="20"/>
        </w:rPr>
        <w:t>Adresse du siège social : _____________________________________________</w:t>
      </w:r>
    </w:p>
    <w:p>
      <w:r>
        <w:rPr>
          <w:b w:val="0"/>
          <w:sz w:val="20"/>
        </w:rPr>
        <w:t>Code postal : _______________ Ville : ________________________________</w:t>
      </w:r>
    </w:p>
    <w:p>
      <w:r>
        <w:rPr>
          <w:b w:val="0"/>
          <w:sz w:val="20"/>
        </w:rPr>
        <w:t>Téléphone : _________________________________________________________</w:t>
      </w:r>
    </w:p>
    <w:p>
      <w:r>
        <w:rPr>
          <w:b w:val="0"/>
          <w:sz w:val="20"/>
        </w:rPr>
        <w:t>Adresse e-mail : _____________________________________________________</w:t>
      </w:r>
    </w:p>
    <w:p/>
    <w:p>
      <w:r>
        <w:rPr>
          <w:b/>
          <w:sz w:val="20"/>
        </w:rPr>
        <w:t>Représentant légal du demandeur :</w:t>
      </w:r>
    </w:p>
    <w:p>
      <w:r>
        <w:rPr>
          <w:b w:val="0"/>
          <w:sz w:val="20"/>
        </w:rPr>
        <w:t>Nom et prénom : _____________________________________________________</w:t>
      </w:r>
    </w:p>
    <w:p>
      <w:r>
        <w:rPr>
          <w:b w:val="0"/>
          <w:sz w:val="20"/>
        </w:rPr>
        <w:t>Fonction : __________________________________________________________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_________________________________________________________</w:t>
      </w:r>
    </w:p>
    <w:p>
      <w:r>
        <w:rPr>
          <w:b w:val="0"/>
          <w:sz w:val="20"/>
        </w:rPr>
        <w:t>Adresse e-mail : _____________________________________________________</w:t>
      </w:r>
    </w:p>
    <w:p/>
    <w:p>
      <w:r>
        <w:rPr>
          <w:b/>
          <w:sz w:val="20"/>
        </w:rPr>
        <w:t>Description du projet :</w:t>
      </w:r>
    </w:p>
    <w:p>
      <w:r>
        <w:rPr>
          <w:b w:val="0"/>
          <w:sz w:val="20"/>
        </w:rPr>
        <w:t>Titre du projet : ____________________________________________________</w:t>
      </w:r>
    </w:p>
    <w:p>
      <w:r>
        <w:rPr>
          <w:b w:val="0"/>
          <w:sz w:val="20"/>
        </w:rPr>
        <w:t>Résumé du projet :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/>
    <w:p>
      <w:r>
        <w:rPr>
          <w:b/>
          <w:sz w:val="20"/>
        </w:rPr>
        <w:t>Objectifs poursuivis :</w:t>
      </w:r>
    </w:p>
    <w:p>
      <w:r>
        <w:rPr>
          <w:b w:val="0"/>
          <w:sz w:val="20"/>
        </w:rPr>
        <w:t>- 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</w:t>
      </w:r>
    </w:p>
    <w:p/>
    <w:p>
      <w:r>
        <w:rPr>
          <w:b/>
          <w:sz w:val="20"/>
        </w:rPr>
        <w:t>Public bénéficiaire :</w:t>
      </w:r>
    </w:p>
    <w:p>
      <w:r>
        <w:rPr>
          <w:b w:val="0"/>
          <w:sz w:val="20"/>
        </w:rPr>
        <w:t>Description des bénéficiaires du projet (personnes, groupes, territoires) :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/>
    <w:p>
      <w:r>
        <w:rPr>
          <w:b/>
          <w:sz w:val="20"/>
        </w:rPr>
        <w:t>Budget prévisionnel détaillé :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pPr>
              <w:jc w:val="center"/>
            </w:pPr>
            <w:r>
              <w:rPr>
                <w:b/>
              </w:rPr>
              <w:t>Nature de la dépense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b/>
              </w:rPr>
              <w:t>Montant HT (€)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b/>
              </w:rPr>
              <w:t>Montant TTC (€)</w:t>
            </w:r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</w:tbl>
    <w:p/>
    <w:p>
      <w:r>
        <w:rPr>
          <w:b/>
          <w:sz w:val="20"/>
        </w:rPr>
        <w:t>Montant de la subvention demandée :</w:t>
      </w:r>
    </w:p>
    <w:p>
      <w:r>
        <w:rPr>
          <w:b w:val="0"/>
          <w:sz w:val="20"/>
        </w:rPr>
        <w:t>___________________________________________________________________</w:t>
      </w:r>
    </w:p>
    <w:p/>
    <w:p>
      <w:r>
        <w:rPr>
          <w:b/>
          <w:sz w:val="20"/>
        </w:rPr>
        <w:t>Autres sources de financement :</w:t>
      </w:r>
    </w:p>
    <w:p>
      <w:r>
        <w:rPr>
          <w:b w:val="0"/>
          <w:sz w:val="20"/>
        </w:rPr>
        <w:t>Préciser les autres aides sollicitées ou obtenues :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/>
    <w:p>
      <w:r>
        <w:rPr>
          <w:b/>
          <w:sz w:val="20"/>
        </w:rPr>
        <w:t>Calendrier prévisionnel du projet :</w:t>
      </w:r>
    </w:p>
    <w:p>
      <w:r>
        <w:rPr>
          <w:b w:val="0"/>
          <w:sz w:val="20"/>
        </w:rPr>
        <w:t>Début du projet : ____________________  Fin du projet : ____________________</w:t>
      </w:r>
    </w:p>
    <w:p>
      <w:r>
        <w:rPr>
          <w:b w:val="0"/>
          <w:sz w:val="20"/>
        </w:rPr>
        <w:t>Principales étapes :</w:t>
      </w:r>
    </w:p>
    <w:p>
      <w:r>
        <w:rPr>
          <w:b w:val="0"/>
          <w:sz w:val="20"/>
        </w:rPr>
        <w:t>- 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</w:t>
      </w:r>
    </w:p>
    <w:p/>
    <w:p>
      <w:r>
        <w:rPr>
          <w:b/>
          <w:sz w:val="20"/>
        </w:rPr>
        <w:t>Engagements du demandeur :</w:t>
      </w:r>
    </w:p>
    <w:p>
      <w:r>
        <w:rPr>
          <w:b w:val="0"/>
          <w:sz w:val="20"/>
        </w:rPr>
        <w:t>Le demandeur s’engage, conformément à la réglementation française en vigueur :</w:t>
      </w:r>
    </w:p>
    <w:p>
      <w:r>
        <w:rPr>
          <w:b w:val="0"/>
          <w:sz w:val="20"/>
        </w:rPr>
        <w:t>- À utiliser la subvention exclusivement pour la réalisation du projet présenté.</w:t>
      </w:r>
    </w:p>
    <w:p>
      <w:r>
        <w:rPr>
          <w:b w:val="0"/>
          <w:sz w:val="20"/>
        </w:rPr>
        <w:t>- À transmettre les justificatifs nécessaires à la bonne gestion de l’aide.</w:t>
      </w:r>
    </w:p>
    <w:p>
      <w:r>
        <w:rPr>
          <w:b w:val="0"/>
          <w:sz w:val="20"/>
        </w:rPr>
        <w:t>- À respecter les règles de publicité et de communication requises par l’organisme financeur.</w:t>
      </w:r>
    </w:p>
    <w:p>
      <w:r>
        <w:rPr>
          <w:b w:val="0"/>
          <w:sz w:val="20"/>
        </w:rPr>
        <w:t>- À informer immédiatement l’organisme financeur en cas de modification substantielle du projet.</w:t>
      </w:r>
    </w:p>
    <w:p/>
    <w:p>
      <w:r>
        <w:rPr>
          <w:b/>
          <w:sz w:val="20"/>
        </w:rPr>
        <w:t>Déclaration sur l’honneur :</w:t>
      </w:r>
    </w:p>
    <w:p>
      <w:r>
        <w:rPr>
          <w:b w:val="0"/>
          <w:sz w:val="20"/>
        </w:rPr>
        <w:t>Je soussigné(e), représentant légal du demandeur, certifie l’exactitude des informations fournies et m’engage à respecter les conditions indiquées dans la présente demande de subvention.</w:t>
      </w:r>
    </w:p>
    <w:p/>
    <w:p/>
    <w:p>
      <w:r>
        <w:rPr>
          <w:b w:val="0"/>
          <w:sz w:val="20"/>
        </w:rPr>
        <w:t>Lieu et date de la signature : 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Demandeur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Organisme Financeur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https://juridique-finance.com/demande-de-subvention/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https://juridique-finance.com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juridique-finance.com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finance.com/demande-de-subvention/" TargetMode="External"/><Relationship Id="rId10" Type="http://schemas.openxmlformats.org/officeDocument/2006/relationships/hyperlink" Target="https://juridique-finan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