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ATTESTATION DE PAIEMENT DIRECT</w:t>
      </w:r>
    </w:p>
    <w:p/>
    <w:p>
      <w:r>
        <w:rPr>
          <w:b w:val="0"/>
          <w:sz w:val="20"/>
        </w:rPr>
        <w:t>Je soussigné(e), déclare par la présente attester avoir procédé au paiement direct selon les modalités définies ci-dessous, conformément aux dispositions légales en vigueur en France.</w:t>
      </w:r>
    </w:p>
    <w:p/>
    <w:p>
      <w:r>
        <w:rPr>
          <w:b/>
          <w:sz w:val="20"/>
        </w:rPr>
        <w:t>Bénéficiaire du paiement :</w:t>
      </w:r>
    </w:p>
    <w:p>
      <w:r>
        <w:rPr>
          <w:b w:val="0"/>
          <w:sz w:val="20"/>
        </w:rPr>
        <w:t>Nom et Prénom : _________________________________________________</w:t>
      </w:r>
    </w:p>
    <w:p>
      <w:r>
        <w:rPr>
          <w:b w:val="0"/>
          <w:sz w:val="20"/>
        </w:rPr>
        <w:t>Adresse : _______________________________________________________</w:t>
      </w:r>
    </w:p>
    <w:p>
      <w:r>
        <w:rPr>
          <w:b w:val="0"/>
          <w:sz w:val="20"/>
        </w:rPr>
        <w:t>Code postal : ______________ Ville : _____________________________</w:t>
      </w:r>
    </w:p>
    <w:p>
      <w:r>
        <w:rPr>
          <w:b w:val="0"/>
          <w:sz w:val="20"/>
        </w:rPr>
        <w:t>Téléphone : _____________________________________________________</w:t>
      </w:r>
    </w:p>
    <w:p>
      <w:r>
        <w:rPr>
          <w:b w:val="0"/>
          <w:sz w:val="20"/>
        </w:rPr>
        <w:t>Adresse e-mail : ________________________________________________</w:t>
      </w:r>
    </w:p>
    <w:p/>
    <w:p>
      <w:r>
        <w:rPr>
          <w:b/>
          <w:sz w:val="20"/>
        </w:rPr>
        <w:t>Payeur :</w:t>
      </w:r>
    </w:p>
    <w:p>
      <w:r>
        <w:rPr>
          <w:b w:val="0"/>
          <w:sz w:val="20"/>
        </w:rPr>
        <w:t>Nom et Prénom : _________________________________________________</w:t>
      </w:r>
    </w:p>
    <w:p>
      <w:r>
        <w:rPr>
          <w:b w:val="0"/>
          <w:sz w:val="20"/>
        </w:rPr>
        <w:t>Adresse : _______________________________________________________</w:t>
      </w:r>
    </w:p>
    <w:p>
      <w:r>
        <w:rPr>
          <w:b w:val="0"/>
          <w:sz w:val="20"/>
        </w:rPr>
        <w:t>Code postal : ______________ Ville : _____________________________</w:t>
      </w:r>
    </w:p>
    <w:p>
      <w:r>
        <w:rPr>
          <w:b w:val="0"/>
          <w:sz w:val="20"/>
        </w:rPr>
        <w:t>Téléphone : _____________________________________________________</w:t>
      </w:r>
    </w:p>
    <w:p>
      <w:r>
        <w:rPr>
          <w:b w:val="0"/>
          <w:sz w:val="20"/>
        </w:rPr>
        <w:t>Adresse e-mail : ________________________________________________</w:t>
      </w:r>
    </w:p>
    <w:p/>
    <w:p>
      <w:r>
        <w:rPr>
          <w:b/>
          <w:sz w:val="20"/>
        </w:rPr>
        <w:t>Objet du paiement :</w:t>
      </w:r>
    </w:p>
    <w:p>
      <w:r>
        <w:rPr>
          <w:b w:val="0"/>
          <w:sz w:val="20"/>
        </w:rPr>
        <w:t>Description détaillée : __________________________________________</w:t>
      </w:r>
    </w:p>
    <w:p>
      <w:r>
        <w:rPr>
          <w:b w:val="0"/>
          <w:sz w:val="20"/>
        </w:rPr>
        <w:t>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</w:t>
      </w:r>
    </w:p>
    <w:p/>
    <w:p>
      <w:r>
        <w:rPr>
          <w:b/>
          <w:sz w:val="20"/>
        </w:rPr>
        <w:t>Montant et modalités du paiement :</w:t>
      </w:r>
    </w:p>
    <w:p>
      <w:r>
        <w:rPr>
          <w:b w:val="0"/>
          <w:sz w:val="20"/>
        </w:rPr>
        <w:t>Montant total payé : _________________ EUR</w:t>
      </w:r>
    </w:p>
    <w:p>
      <w:r>
        <w:rPr>
          <w:b w:val="0"/>
          <w:sz w:val="20"/>
        </w:rPr>
        <w:t>Mode de paiement : _______________________________________________</w:t>
      </w:r>
    </w:p>
    <w:p>
      <w:r>
        <w:rPr>
          <w:b w:val="0"/>
          <w:sz w:val="20"/>
        </w:rPr>
        <w:t>Référence ou numéro de transaction (le cas échéant) : ______________</w:t>
      </w:r>
    </w:p>
    <w:p/>
    <w:p>
      <w:r>
        <w:rPr>
          <w:b w:val="0"/>
          <w:sz w:val="20"/>
        </w:rPr>
        <w:t>Je certifie que le paiement indiqué ci-dessus a été effectué directement, sans recours à un intermédiaire, en conformité avec les conditions contractuelles et la législation applicable. Cette attestation est établie pour servir et valoir ce que de droit.</w:t>
      </w:r>
    </w:p>
    <w:p/>
    <w:p>
      <w:r>
        <w:rPr>
          <w:b/>
          <w:sz w:val="20"/>
        </w:rPr>
        <w:t>Clause de responsabilité :</w:t>
      </w:r>
    </w:p>
    <w:p>
      <w:r>
        <w:rPr>
          <w:b w:val="0"/>
          <w:sz w:val="20"/>
        </w:rPr>
        <w:t>Le signataire reconnaît que toute fausse déclaration engage sa responsabilité civile et pénale conformément à l’article 441-1 du Code pénal français.</w:t>
      </w:r>
    </w:p>
    <w:p/>
    <w:p>
      <w:r>
        <w:rPr>
          <w:b/>
          <w:sz w:val="20"/>
        </w:rPr>
        <w:t>Confidentialité :</w:t>
      </w:r>
    </w:p>
    <w:p>
      <w:r>
        <w:rPr>
          <w:b w:val="0"/>
          <w:sz w:val="20"/>
        </w:rPr>
        <w:t>Les informations contenues dans cette attestation sont strictement confidentielles et ne peuvent être utilisées à d’autres fins que celles prévues par la loi et les parties contractantes.</w:t>
      </w:r>
    </w:p>
    <w:p/>
    <w:p/>
    <w:p>
      <w:r>
        <w:rPr>
          <w:b w:val="0"/>
          <w:sz w:val="20"/>
        </w:rPr>
        <w:t>Lieu de rédaction : ________________________________________________</w:t>
      </w:r>
    </w:p>
    <w:p>
      <w:r>
        <w:rPr>
          <w:b w:val="0"/>
          <w:sz w:val="20"/>
        </w:rPr>
        <w:t>Date de rédaction : 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 Payeur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 Bénéficiaire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en lettres capitales : 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en lettres capitales : 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https://juridique-finance.com/attestation-de-paiement-direct/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https://juridique-finance.com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juridique-finance.com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finance.com/attestation-de-paiement-direct/" TargetMode="External"/><Relationship Id="rId10" Type="http://schemas.openxmlformats.org/officeDocument/2006/relationships/hyperlink" Target="https://juridique-financ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