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ATTESTATION DE PAIEMENT DIRECT SOUS-TRAITANT</w:t>
      </w:r>
    </w:p>
    <w:p/>
    <w:p/>
    <w:p>
      <w:r>
        <w:rPr>
          <w:b/>
          <w:sz w:val="20"/>
        </w:rPr>
        <w:t>Je soussigné(e),</w:t>
      </w:r>
    </w:p>
    <w:p>
      <w:r>
        <w:rPr>
          <w:b w:val="0"/>
          <w:sz w:val="20"/>
        </w:rPr>
        <w:t>Nom et prénom de la personne habilitée : _____________________________________________</w:t>
      </w:r>
    </w:p>
    <w:p>
      <w:r>
        <w:rPr>
          <w:b w:val="0"/>
          <w:sz w:val="20"/>
        </w:rPr>
        <w:t>Qualité / Fonction : ________________________________________________________________</w:t>
      </w:r>
    </w:p>
    <w:p>
      <w:r>
        <w:rPr>
          <w:b w:val="0"/>
          <w:sz w:val="20"/>
        </w:rPr>
        <w:t>De la société : ____________________________________________________________________</w:t>
      </w:r>
    </w:p>
    <w:p>
      <w:r>
        <w:rPr>
          <w:b w:val="0"/>
          <w:sz w:val="20"/>
        </w:rPr>
        <w:t>Adresse du siège social : ___________________________________________________________</w:t>
      </w:r>
    </w:p>
    <w:p>
      <w:r>
        <w:rPr>
          <w:b w:val="0"/>
          <w:sz w:val="20"/>
        </w:rPr>
        <w:t>Numéro SIRET : ____________________________________________________________________</w:t>
      </w:r>
    </w:p>
    <w:p/>
    <w:p>
      <w:r>
        <w:rPr>
          <w:b w:val="0"/>
          <w:sz w:val="20"/>
        </w:rPr>
        <w:t>Certifie par la présente avoir effectué le paiement direct au sous-traitant conformément aux dispositions légales en vigueur, dans le cadre du marché dont les références sont indiquées ci-dessous.</w:t>
      </w:r>
    </w:p>
    <w:p/>
    <w:p/>
    <w:p>
      <w:r>
        <w:rPr>
          <w:b/>
          <w:sz w:val="20"/>
        </w:rPr>
        <w:t>Référence du marché :</w:t>
      </w:r>
    </w:p>
    <w:p>
      <w:r>
        <w:rPr>
          <w:b w:val="0"/>
          <w:sz w:val="20"/>
        </w:rPr>
        <w:t>Numéro du marché : _________________________________________________________________</w:t>
      </w:r>
    </w:p>
    <w:p>
      <w:r>
        <w:rPr>
          <w:b w:val="0"/>
          <w:sz w:val="20"/>
        </w:rPr>
        <w:t>Objet des travaux/prestations : _____________________________________________________</w:t>
      </w:r>
    </w:p>
    <w:p>
      <w:r>
        <w:rPr>
          <w:b w:val="0"/>
          <w:sz w:val="20"/>
        </w:rPr>
        <w:t>Maître d’ouvrage / Donneur d’ordre : _______________________________________________</w:t>
      </w:r>
    </w:p>
    <w:p>
      <w:r>
        <w:rPr>
          <w:b w:val="0"/>
          <w:sz w:val="20"/>
        </w:rPr>
        <w:t>Adresse : _________________________________________________________________________</w:t>
      </w:r>
    </w:p>
    <w:p/>
    <w:p>
      <w:r>
        <w:rPr>
          <w:b/>
          <w:sz w:val="20"/>
        </w:rPr>
        <w:t>Identification du sous-traitant :</w:t>
      </w:r>
    </w:p>
    <w:p>
      <w:r>
        <w:rPr>
          <w:b w:val="0"/>
          <w:sz w:val="20"/>
        </w:rPr>
        <w:t>Nom ou raison sociale : _____________________________________________________________</w:t>
      </w:r>
    </w:p>
    <w:p>
      <w:r>
        <w:rPr>
          <w:b w:val="0"/>
          <w:sz w:val="20"/>
        </w:rPr>
        <w:t>Adresse : _________________________________________________________________________</w:t>
      </w:r>
    </w:p>
    <w:p>
      <w:r>
        <w:rPr>
          <w:b w:val="0"/>
          <w:sz w:val="20"/>
        </w:rPr>
        <w:t>Numéro SIRET : ____________________________________________________________________</w:t>
      </w:r>
    </w:p>
    <w:p>
      <w:r>
        <w:rPr>
          <w:b w:val="0"/>
          <w:sz w:val="20"/>
        </w:rPr>
        <w:t>Représenté par : ___________________________________________________________________</w:t>
      </w:r>
    </w:p>
    <w:p>
      <w:r>
        <w:rPr>
          <w:b w:val="0"/>
          <w:sz w:val="20"/>
        </w:rPr>
        <w:t>Qualité / Fonction : ________________________________________________________________</w:t>
      </w:r>
    </w:p>
    <w:p/>
    <w:p>
      <w:r>
        <w:rPr>
          <w:b/>
          <w:sz w:val="20"/>
        </w:rPr>
        <w:t>Détails du paiement effectué :</w:t>
      </w:r>
    </w:p>
    <w:p>
      <w:r>
        <w:rPr>
          <w:b w:val="0"/>
          <w:sz w:val="20"/>
        </w:rPr>
        <w:t>Montant total dû au sous-traitant : _______________________________ EUR</w:t>
      </w:r>
    </w:p>
    <w:p>
      <w:r>
        <w:rPr>
          <w:b w:val="0"/>
          <w:sz w:val="20"/>
        </w:rPr>
        <w:t>Montant payé directement : _________________________________________ EUR</w:t>
      </w:r>
    </w:p>
    <w:p>
      <w:r>
        <w:rPr>
          <w:b w:val="0"/>
          <w:sz w:val="20"/>
        </w:rPr>
        <w:t>Modalité de paiement : _______________________________________________________________</w:t>
      </w:r>
    </w:p>
    <w:p>
      <w:r>
        <w:rPr>
          <w:b w:val="0"/>
          <w:sz w:val="20"/>
        </w:rPr>
        <w:t>Date de règlement : _________________________________________________________________</w:t>
      </w:r>
    </w:p>
    <w:p/>
    <w:p>
      <w:r>
        <w:rPr>
          <w:b w:val="0"/>
          <w:sz w:val="20"/>
        </w:rPr>
        <w:t>Le paiement a été réalisé conformément aux dispositions des articles L.  subcontracting des marchés publics et privés, garantissant la prise en charge directe des sommes dues au sous-traitant.</w:t>
      </w:r>
    </w:p>
    <w:p/>
    <w:p>
      <w:r>
        <w:rPr>
          <w:b/>
          <w:sz w:val="20"/>
        </w:rPr>
        <w:t>Engagement :</w:t>
      </w:r>
    </w:p>
    <w:p>
      <w:r>
        <w:rPr>
          <w:b w:val="0"/>
          <w:sz w:val="20"/>
        </w:rPr>
        <w:t>Je m’engage à reverser au sous-traitant concerné la totalité des sommes visées dans cette attestation, et à respecter les obligations légales relatives aux paiements directs, conformément au Code de la commande publique et au Code civil français.</w:t>
      </w:r>
    </w:p>
    <w:p/>
    <w:p>
      <w:r>
        <w:rPr>
          <w:b/>
          <w:sz w:val="20"/>
        </w:rPr>
        <w:t>Clause de responsabilité :</w:t>
      </w:r>
    </w:p>
    <w:p>
      <w:r>
        <w:rPr>
          <w:b w:val="0"/>
          <w:sz w:val="20"/>
        </w:rPr>
        <w:t>En cas de non-respect des obligations de paiement direct, les sanctions prévues par la législation en vigueur pourront être appliquées, notamment la retenue de paiement auprès du titulaire principal et la mise en responsabilité du donneur d’ordre.</w:t>
      </w:r>
    </w:p>
    <w:p/>
    <w:p>
      <w:r>
        <w:rPr>
          <w:b/>
          <w:sz w:val="20"/>
        </w:rPr>
        <w:t>Documents annexés à la présente attestation :</w:t>
      </w:r>
    </w:p>
    <w:p>
      <w:r>
        <w:rPr>
          <w:b w:val="0"/>
          <w:sz w:val="20"/>
        </w:rPr>
        <w:t>- Contrat ou marché principal</w:t>
      </w:r>
    </w:p>
    <w:p>
      <w:r>
        <w:rPr>
          <w:b w:val="0"/>
          <w:sz w:val="20"/>
        </w:rPr>
        <w:t>- Contrat de sous-traitance</w:t>
      </w:r>
    </w:p>
    <w:p>
      <w:r>
        <w:rPr>
          <w:b w:val="0"/>
          <w:sz w:val="20"/>
        </w:rPr>
        <w:t>- Factures, bons de commande ou tout justificatif de la prestation réalisée</w:t>
      </w:r>
    </w:p>
    <w:p/>
    <w:p/>
    <w:p>
      <w:r>
        <w:rPr>
          <w:b w:val="0"/>
          <w:sz w:val="20"/>
        </w:rPr>
        <w:t>Fait à : ______________________________________________________________</w:t>
      </w:r>
    </w:p>
    <w:p>
      <w:r>
        <w:rPr>
          <w:b w:val="0"/>
          <w:sz w:val="20"/>
        </w:rPr>
        <w:t>Le : _________________________________________________________________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Le sous-traitant</w:t>
            </w:r>
          </w:p>
        </w:tc>
        <w:tc>
          <w:tcPr>
            <w:tcW w:type="dxa" w:w="4986"/>
            <w:tcBorders>
              <w:top w:val="nil"/>
              <w:left w:val="nil"/>
              <w:bottom w:val="nil"/>
              <w:right w:val="nil"/>
              <w:insideH w:val="nil"/>
              <w:insideV w:val="nil"/>
            </w:tcBorders>
          </w:tcPr>
          <w:p>
            <w:pPr>
              <w:jc w:val="center"/>
            </w:pPr>
            <w:r>
              <w:t>Le payeur (Donneur d’ordre ou titulaire principal)</w:t>
            </w:r>
          </w:p>
        </w:tc>
      </w:tr>
      <w:tr>
        <w:tc>
          <w:tcPr>
            <w:tcW w:type="dxa" w:w="4986"/>
            <w:tcBorders>
              <w:top w:val="nil"/>
              <w:left w:val="nil"/>
              <w:bottom w:val="nil"/>
              <w:right w:val="nil"/>
              <w:insideH w:val="nil"/>
              <w:insideV w:val="nil"/>
            </w:tcBorders>
          </w:tcPr>
          <w:p>
            <w:pPr>
              <w:jc w:val="center"/>
            </w:pPr>
            <w:r>
              <w:br/>
              <w:br/>
              <w:t>Signature : _________________________</w:t>
            </w:r>
          </w:p>
        </w:tc>
        <w:tc>
          <w:tcPr>
            <w:tcW w:type="dxa" w:w="4986"/>
            <w:tcBorders>
              <w:top w:val="nil"/>
              <w:left w:val="nil"/>
              <w:bottom w:val="nil"/>
              <w:right w:val="nil"/>
              <w:insideH w:val="nil"/>
              <w:insideV w:val="nil"/>
            </w:tcBorders>
          </w:tcPr>
          <w:p>
            <w:pPr>
              <w:jc w:val="center"/>
            </w:pPr>
            <w:r>
              <w:br/>
              <w:br/>
              <w:t>Signature : _________________________</w:t>
            </w:r>
          </w:p>
        </w:tc>
      </w:tr>
      <w:tr>
        <w:tc>
          <w:tcPr>
            <w:tcW w:type="dxa" w:w="4986"/>
            <w:tcBorders>
              <w:top w:val="nil"/>
              <w:left w:val="nil"/>
              <w:bottom w:val="nil"/>
              <w:right w:val="nil"/>
              <w:insideH w:val="nil"/>
              <w:insideV w:val="nil"/>
            </w:tcBorders>
          </w:tcPr>
          <w:p>
            <w:pPr>
              <w:jc w:val="center"/>
            </w:pPr>
            <w:r>
              <w:t>Nom : ________________________________</w:t>
            </w:r>
          </w:p>
        </w:tc>
        <w:tc>
          <w:tcPr>
            <w:tcW w:type="dxa" w:w="4986"/>
            <w:tcBorders>
              <w:top w:val="nil"/>
              <w:left w:val="nil"/>
              <w:bottom w:val="nil"/>
              <w:right w:val="nil"/>
              <w:insideH w:val="nil"/>
              <w:insideV w:val="nil"/>
            </w:tcBorders>
          </w:tcPr>
          <w:p>
            <w:pPr>
              <w:jc w:val="center"/>
            </w:pPr>
            <w:r>
              <w:t>Nom : 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https://juridique-finance.com/attestation-de-paiement-direct-sous-traitant/</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https://juridique-finance.com</w:t>
        </w:r>
      </w:hyperlink>
    </w:p>
    <w:p>
      <w:pPr>
        <w:jc w:val="center"/>
      </w:pPr>
      <w:r>
        <w:rPr>
          <w:color w:val="808080"/>
          <w:sz w:val="20"/>
        </w:rPr>
        <w:t>Ce modèle est destiné exclusivement à un usage personnel et non commercial.</w:t>
        <w:br/>
        <w:t>Toute diffusion ou publication doit obligatoirement mentionner la source. © juridique-finance.com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finance.com/attestation-de-paiement-direct-sous-traitant/" TargetMode="External"/><Relationship Id="rId10" Type="http://schemas.openxmlformats.org/officeDocument/2006/relationships/hyperlink" Target="https://juridique-financ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