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D’ASSURANCE AUTOMOBILE</w:t>
      </w:r>
    </w:p>
    <w:p/>
    <w:p>
      <w:r>
        <w:rPr>
          <w:b w:val="0"/>
          <w:sz w:val="20"/>
        </w:rPr>
        <w:t>Je soussigné(e), [Nom de l’assureur], représentant légal de la société d’assurance ci-dessous nommée, certifie par la présente que le véhicule décrit ci-après est assuré conformément à la législation française en vigueur.</w:t>
      </w:r>
    </w:p>
    <w:p/>
    <w:p/>
    <w:p>
      <w:r>
        <w:rPr>
          <w:b/>
          <w:sz w:val="20"/>
        </w:rPr>
        <w:t>Informations sur l’Assureur :</w:t>
      </w:r>
    </w:p>
    <w:p>
      <w:r>
        <w:rPr>
          <w:b w:val="0"/>
          <w:sz w:val="20"/>
        </w:rPr>
        <w:t>Nom de la compagnie d’assurance : ______________________________________________</w:t>
      </w:r>
    </w:p>
    <w:p>
      <w:r>
        <w:rPr>
          <w:b w:val="0"/>
          <w:sz w:val="20"/>
        </w:rPr>
        <w:t>Adresse du siège social : ______________________________________________________</w:t>
      </w:r>
    </w:p>
    <w:p>
      <w:r>
        <w:rPr>
          <w:b w:val="0"/>
          <w:sz w:val="20"/>
        </w:rPr>
        <w:t>Numéro de téléphone : 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_______________________________________________________________</w:t>
      </w:r>
    </w:p>
    <w:p>
      <w:r>
        <w:rPr>
          <w:b w:val="0"/>
          <w:sz w:val="20"/>
        </w:rPr>
        <w:t>Numéro d’agrément : ____________________________________________________________</w:t>
      </w:r>
    </w:p>
    <w:p/>
    <w:p>
      <w:r>
        <w:rPr>
          <w:b/>
          <w:sz w:val="20"/>
        </w:rPr>
        <w:t>Informations sur le Souscripteur (Assuré) :</w:t>
      </w:r>
    </w:p>
    <w:p>
      <w:r>
        <w:rPr>
          <w:b w:val="0"/>
          <w:sz w:val="20"/>
        </w:rPr>
        <w:t>Nom et prénom : ________________________________________________________________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_______________________________________________________________</w:t>
      </w:r>
    </w:p>
    <w:p>
      <w:r>
        <w:rPr>
          <w:b w:val="0"/>
          <w:sz w:val="20"/>
        </w:rPr>
        <w:t>Numéro de police d’assurance : _________________________________________________</w:t>
      </w:r>
    </w:p>
    <w:p/>
    <w:p>
      <w:r>
        <w:rPr>
          <w:b/>
          <w:sz w:val="20"/>
        </w:rPr>
        <w:t>Informations sur le Véhicule Assuré :</w:t>
      </w:r>
    </w:p>
    <w:p>
      <w:r>
        <w:rPr>
          <w:b w:val="0"/>
          <w:sz w:val="20"/>
        </w:rPr>
        <w:t>Marque : ______________________________________________________________________</w:t>
      </w:r>
    </w:p>
    <w:p>
      <w:r>
        <w:rPr>
          <w:b w:val="0"/>
          <w:sz w:val="20"/>
        </w:rPr>
        <w:t>Modèle : ______________________________________________________________________</w:t>
      </w:r>
    </w:p>
    <w:p>
      <w:r>
        <w:rPr>
          <w:b w:val="0"/>
          <w:sz w:val="20"/>
        </w:rPr>
        <w:t>Type : ________________________________________________________________________</w:t>
      </w:r>
    </w:p>
    <w:p>
      <w:r>
        <w:rPr>
          <w:b w:val="0"/>
          <w:sz w:val="20"/>
        </w:rPr>
        <w:t>Numéro d’immatriculation : _____________________________________________________</w:t>
      </w:r>
    </w:p>
    <w:p>
      <w:r>
        <w:rPr>
          <w:b w:val="0"/>
          <w:sz w:val="20"/>
        </w:rPr>
        <w:t>Numéro de série / VIN : _________________________________________________________</w:t>
      </w:r>
    </w:p>
    <w:p>
      <w:r>
        <w:rPr>
          <w:b w:val="0"/>
          <w:sz w:val="20"/>
        </w:rPr>
        <w:t>Catégorie : ___________________________________________________________________</w:t>
      </w:r>
    </w:p>
    <w:p>
      <w:r>
        <w:rPr>
          <w:b w:val="0"/>
          <w:sz w:val="20"/>
        </w:rPr>
        <w:t>Date de première mise en circulation : _________________________________________</w:t>
      </w:r>
    </w:p>
    <w:p/>
    <w:p>
      <w:r>
        <w:rPr>
          <w:b/>
          <w:sz w:val="20"/>
        </w:rPr>
        <w:t>Couverture d’Assurance :</w:t>
      </w:r>
    </w:p>
    <w:p>
      <w:r>
        <w:rPr>
          <w:b w:val="0"/>
          <w:sz w:val="20"/>
        </w:rPr>
        <w:t>Ce véhicule est assuré pour les risques suivants conformément aux conditions générales et particulières définies dans le contrat d’assurance :</w:t>
      </w:r>
    </w:p>
    <w:p>
      <w:r>
        <w:rPr>
          <w:b w:val="0"/>
          <w:sz w:val="20"/>
        </w:rPr>
        <w:t>- Responsabilité civile obligatoire</w:t>
      </w:r>
    </w:p>
    <w:p>
      <w:r>
        <w:rPr>
          <w:b w:val="0"/>
          <w:sz w:val="20"/>
        </w:rPr>
        <w:t>- Protection juridique</w:t>
      </w:r>
    </w:p>
    <w:p>
      <w:r>
        <w:rPr>
          <w:b w:val="0"/>
          <w:sz w:val="20"/>
        </w:rPr>
        <w:t>- Garantie vol et incendie (le cas échéant)</w:t>
      </w:r>
    </w:p>
    <w:p>
      <w:r>
        <w:rPr>
          <w:b w:val="0"/>
          <w:sz w:val="20"/>
        </w:rPr>
        <w:t>- Garantie dommages tous accidents (le cas échéant)</w:t>
      </w:r>
    </w:p>
    <w:p>
      <w:r>
        <w:rPr>
          <w:b w:val="0"/>
          <w:sz w:val="20"/>
        </w:rPr>
        <w:t>- Assistance dépannage et remorquage</w:t>
      </w:r>
    </w:p>
    <w:p>
      <w:r>
        <w:rPr>
          <w:b w:val="0"/>
          <w:sz w:val="20"/>
        </w:rPr>
        <w:t>- Autres garanties (préciser) : _____________________________________________</w:t>
      </w:r>
    </w:p>
    <w:p/>
    <w:p>
      <w:r>
        <w:rPr>
          <w:b/>
          <w:sz w:val="20"/>
        </w:rPr>
        <w:t>Durée de validité de l’attestation :</w:t>
      </w:r>
    </w:p>
    <w:p>
      <w:r>
        <w:rPr>
          <w:b w:val="0"/>
          <w:sz w:val="20"/>
        </w:rPr>
        <w:t>La présente attestation est valable à compter de sa date d’émission et couvre la période d’assurance en cours, sous réserve du paiement des primes correspondantes.</w:t>
      </w:r>
    </w:p>
    <w:p/>
    <w:p>
      <w:r>
        <w:rPr>
          <w:b/>
          <w:sz w:val="20"/>
        </w:rPr>
        <w:t>Conditions et obligations de l’Assuré :</w:t>
      </w:r>
    </w:p>
    <w:p>
      <w:r>
        <w:rPr>
          <w:b w:val="0"/>
          <w:sz w:val="20"/>
        </w:rPr>
        <w:t>L’Assuré s’engage à respecter les termes et conditions du contrat d’assurance, notamment à :</w:t>
      </w:r>
    </w:p>
    <w:p>
      <w:r>
        <w:rPr>
          <w:b w:val="0"/>
          <w:sz w:val="20"/>
        </w:rPr>
        <w:t>- Payer les primes aux échéances prévues</w:t>
      </w:r>
    </w:p>
    <w:p>
      <w:r>
        <w:rPr>
          <w:b w:val="0"/>
          <w:sz w:val="20"/>
        </w:rPr>
        <w:t>- Informer l’assureur de tout changement susceptible d’affecter le risque</w:t>
      </w:r>
    </w:p>
    <w:p>
      <w:r>
        <w:rPr>
          <w:b w:val="0"/>
          <w:sz w:val="20"/>
        </w:rPr>
        <w:t>- Déclarer tout sinistre dans les délais impartis</w:t>
      </w:r>
    </w:p>
    <w:p>
      <w:r>
        <w:rPr>
          <w:b w:val="0"/>
          <w:sz w:val="20"/>
        </w:rPr>
        <w:t>- Conserver le présent document à bord du véhicule lors de sa circulation</w:t>
      </w:r>
    </w:p>
    <w:p/>
    <w:p>
      <w:r>
        <w:rPr>
          <w:b/>
          <w:sz w:val="20"/>
        </w:rPr>
        <w:t>Clause de responsabilité :</w:t>
      </w:r>
    </w:p>
    <w:p>
      <w:r>
        <w:rPr>
          <w:b w:val="0"/>
          <w:sz w:val="20"/>
        </w:rPr>
        <w:t>La société d’assurance décline toute responsabilité en cas d’utilisation non conforme du véhicule ou en l’absence de présentation d’un certificat d’assurance valide lors des contrôles légaux.</w:t>
      </w:r>
    </w:p>
    <w:p/>
    <w:p>
      <w:r>
        <w:rPr>
          <w:b/>
          <w:sz w:val="20"/>
        </w:rPr>
        <w:t>Informations complémentaires :</w:t>
      </w:r>
    </w:p>
    <w:p>
      <w:r>
        <w:rPr>
          <w:b w:val="0"/>
          <w:sz w:val="20"/>
        </w:rPr>
        <w:t>Pour toute information complémentaire, l’Assuré peut contacter la société d’assurance aux coordonnées indiquées ci-dessus.</w:t>
      </w:r>
    </w:p>
    <w:p/>
    <w:p/>
    <w:p>
      <w:r>
        <w:rPr>
          <w:b w:val="0"/>
          <w:sz w:val="20"/>
        </w:rPr>
        <w:t>Lieu de délivrance : __________________________________________</w:t>
      </w:r>
    </w:p>
    <w:p>
      <w:r>
        <w:rPr>
          <w:b w:val="0"/>
          <w:sz w:val="20"/>
        </w:rPr>
        <w:t>Date de délivrance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de l’Assureur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Cachet de la Société d’Assurance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Cachet 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fonction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https://juridique-finance.com/attestation-d'assurance-voiture-vierge/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https://juridique-finance.com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juridique-finance.com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finance.com/attestation-d'assurance-voiture-vierge/" TargetMode="External"/><Relationship Id="rId10" Type="http://schemas.openxmlformats.org/officeDocument/2006/relationships/hyperlink" Target="https://juridique-finan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